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noProof/>
          <w:sz w:val="26"/>
          <w:szCs w:val="26"/>
          <w:lang w:val="ru-RU" w:eastAsia="ru-RU"/>
        </w:rPr>
        <w:drawing>
          <wp:inline distT="0" distB="0" distL="0" distR="0">
            <wp:extent cx="657225" cy="8191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393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 w:rsidRPr="00747207">
        <w:rPr>
          <w:rFonts w:cs="Times New Roman"/>
          <w:b/>
          <w:sz w:val="26"/>
          <w:szCs w:val="26"/>
          <w:lang w:val="ru-RU"/>
        </w:rPr>
        <w:t xml:space="preserve">АДМИНИСТРАЦИЯ </w:t>
      </w:r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 w:rsidRPr="00747207">
        <w:rPr>
          <w:rFonts w:cs="Times New Roman"/>
          <w:b/>
          <w:sz w:val="26"/>
          <w:szCs w:val="26"/>
          <w:lang w:val="ru-RU"/>
        </w:rPr>
        <w:t>МУНИЦИПАЛЬНОГО ОБРАЗОВАНИЯ</w:t>
      </w:r>
    </w:p>
    <w:p w:rsidR="00E90393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 w:rsidRPr="00747207">
        <w:rPr>
          <w:rFonts w:cs="Times New Roman"/>
          <w:b/>
          <w:sz w:val="26"/>
          <w:szCs w:val="26"/>
          <w:lang w:val="ru-RU"/>
        </w:rPr>
        <w:t xml:space="preserve">СЕЛЬСКОЕ ПОСЕЛЕНИЕ </w:t>
      </w:r>
    </w:p>
    <w:p w:rsidR="00484A42" w:rsidRPr="00747207" w:rsidRDefault="00E90393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>
        <w:rPr>
          <w:rFonts w:cs="Times New Roman"/>
          <w:b/>
          <w:sz w:val="26"/>
          <w:szCs w:val="26"/>
          <w:lang w:val="ru-RU"/>
        </w:rPr>
        <w:t>НОВОЮЛАСЕНСКИЙ</w:t>
      </w:r>
      <w:r w:rsidR="00484A42" w:rsidRPr="00747207">
        <w:rPr>
          <w:rFonts w:cs="Times New Roman"/>
          <w:b/>
          <w:sz w:val="26"/>
          <w:szCs w:val="26"/>
          <w:lang w:val="ru-RU"/>
        </w:rPr>
        <w:t xml:space="preserve"> СЕЛЬСОВЕТ</w:t>
      </w:r>
    </w:p>
    <w:p w:rsidR="00484A42" w:rsidRPr="00747207" w:rsidRDefault="00747207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>
        <w:rPr>
          <w:rFonts w:cs="Times New Roman"/>
          <w:b/>
          <w:sz w:val="26"/>
          <w:szCs w:val="26"/>
          <w:lang w:val="ru-RU"/>
        </w:rPr>
        <w:t xml:space="preserve"> КРАСНОГВАРДЕЙСКОГО</w:t>
      </w:r>
      <w:r w:rsidR="00484A42" w:rsidRPr="00747207">
        <w:rPr>
          <w:rFonts w:cs="Times New Roman"/>
          <w:b/>
          <w:sz w:val="26"/>
          <w:szCs w:val="26"/>
          <w:lang w:val="ru-RU"/>
        </w:rPr>
        <w:t xml:space="preserve"> МУНИЦИПАЛЬНОГО РАЙОН</w:t>
      </w:r>
      <w:r>
        <w:rPr>
          <w:rFonts w:cs="Times New Roman"/>
          <w:b/>
          <w:sz w:val="26"/>
          <w:szCs w:val="26"/>
          <w:lang w:val="ru-RU"/>
        </w:rPr>
        <w:t>А</w:t>
      </w:r>
      <w:r w:rsidR="00484A42" w:rsidRPr="00747207">
        <w:rPr>
          <w:rFonts w:cs="Times New Roman"/>
          <w:b/>
          <w:sz w:val="26"/>
          <w:szCs w:val="26"/>
          <w:lang w:val="ru-RU"/>
        </w:rPr>
        <w:t xml:space="preserve"> </w:t>
      </w:r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 w:rsidRPr="00747207">
        <w:rPr>
          <w:rFonts w:cs="Times New Roman"/>
          <w:b/>
          <w:sz w:val="26"/>
          <w:szCs w:val="26"/>
          <w:lang w:val="ru-RU"/>
        </w:rPr>
        <w:t>ОРЕНБУРГСКОЙ ОБЛАСТИ</w:t>
      </w:r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  <w:r w:rsidRPr="00747207">
        <w:rPr>
          <w:rFonts w:cs="Times New Roman"/>
          <w:b/>
          <w:sz w:val="26"/>
          <w:szCs w:val="26"/>
          <w:lang w:val="ru-RU"/>
        </w:rPr>
        <w:t>П О С Т А Н О В Л Е Н И Е</w:t>
      </w:r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b/>
          <w:sz w:val="26"/>
          <w:szCs w:val="26"/>
          <w:lang w:val="ru-RU"/>
        </w:rPr>
      </w:pPr>
    </w:p>
    <w:p w:rsidR="00484A42" w:rsidRPr="00747207" w:rsidRDefault="00484A42" w:rsidP="006F5F86">
      <w:pPr>
        <w:spacing w:after="0" w:line="240" w:lineRule="auto"/>
        <w:ind w:firstLine="0"/>
        <w:jc w:val="both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>0</w:t>
      </w:r>
      <w:r w:rsidR="00AE4AC9">
        <w:rPr>
          <w:rFonts w:cs="Times New Roman"/>
          <w:sz w:val="26"/>
          <w:szCs w:val="26"/>
          <w:lang w:val="ru-RU"/>
        </w:rPr>
        <w:t>9</w:t>
      </w:r>
      <w:r w:rsidRPr="00747207">
        <w:rPr>
          <w:rFonts w:cs="Times New Roman"/>
          <w:sz w:val="26"/>
          <w:szCs w:val="26"/>
          <w:lang w:val="ru-RU"/>
        </w:rPr>
        <w:t xml:space="preserve">.10.2026                                                                                                                      № </w:t>
      </w:r>
      <w:r w:rsidR="00AE4AC9">
        <w:rPr>
          <w:rFonts w:cs="Times New Roman"/>
          <w:sz w:val="26"/>
          <w:szCs w:val="26"/>
          <w:lang w:val="ru-RU"/>
        </w:rPr>
        <w:t>62</w:t>
      </w:r>
      <w:r w:rsidRPr="00747207">
        <w:rPr>
          <w:rFonts w:cs="Times New Roman"/>
          <w:sz w:val="26"/>
          <w:szCs w:val="26"/>
          <w:lang w:val="ru-RU"/>
        </w:rPr>
        <w:t>-п</w:t>
      </w:r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 xml:space="preserve">с. </w:t>
      </w:r>
      <w:proofErr w:type="spellStart"/>
      <w:r w:rsidR="007266D7">
        <w:rPr>
          <w:rFonts w:cs="Times New Roman"/>
          <w:sz w:val="26"/>
          <w:szCs w:val="26"/>
          <w:lang w:val="ru-RU"/>
        </w:rPr>
        <w:t>Новоюласка</w:t>
      </w:r>
      <w:proofErr w:type="spellEnd"/>
    </w:p>
    <w:p w:rsidR="00484A42" w:rsidRPr="00747207" w:rsidRDefault="00484A42" w:rsidP="006F5F86">
      <w:pPr>
        <w:spacing w:after="0" w:line="240" w:lineRule="auto"/>
        <w:jc w:val="center"/>
        <w:rPr>
          <w:rFonts w:cs="Times New Roman"/>
          <w:sz w:val="26"/>
          <w:szCs w:val="26"/>
          <w:lang w:val="ru-RU"/>
        </w:rPr>
      </w:pPr>
    </w:p>
    <w:p w:rsidR="00747207" w:rsidRPr="00747207" w:rsidRDefault="000F1147" w:rsidP="006F5F86">
      <w:pPr>
        <w:spacing w:after="0" w:line="240" w:lineRule="auto"/>
        <w:ind w:firstLine="0"/>
        <w:jc w:val="center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 xml:space="preserve">Об утверждении программы «Использование и охрана земель на территории муниципального образования </w:t>
      </w:r>
      <w:r w:rsidR="00747207" w:rsidRPr="00747207">
        <w:rPr>
          <w:rFonts w:cs="Times New Roman"/>
          <w:sz w:val="26"/>
          <w:szCs w:val="26"/>
          <w:lang w:val="ru-RU"/>
        </w:rPr>
        <w:t xml:space="preserve">сельское поселение </w:t>
      </w:r>
      <w:proofErr w:type="spellStart"/>
      <w:r w:rsidR="00E90393">
        <w:rPr>
          <w:rFonts w:cs="Times New Roman"/>
          <w:sz w:val="26"/>
          <w:szCs w:val="26"/>
          <w:lang w:val="ru-RU"/>
        </w:rPr>
        <w:t>Новоюласенский</w:t>
      </w:r>
      <w:proofErr w:type="spellEnd"/>
      <w:r w:rsidR="00E90393">
        <w:rPr>
          <w:rFonts w:cs="Times New Roman"/>
          <w:sz w:val="26"/>
          <w:szCs w:val="26"/>
          <w:lang w:val="ru-RU"/>
        </w:rPr>
        <w:t xml:space="preserve"> </w:t>
      </w:r>
      <w:r w:rsidRPr="00747207">
        <w:rPr>
          <w:rFonts w:cs="Times New Roman"/>
          <w:sz w:val="26"/>
          <w:szCs w:val="26"/>
          <w:lang w:val="ru-RU"/>
        </w:rPr>
        <w:t xml:space="preserve">сельсовет Красногвардейского </w:t>
      </w:r>
      <w:r w:rsidR="00747207" w:rsidRPr="00747207">
        <w:rPr>
          <w:rFonts w:cs="Times New Roman"/>
          <w:sz w:val="26"/>
          <w:szCs w:val="26"/>
          <w:lang w:val="ru-RU"/>
        </w:rPr>
        <w:t xml:space="preserve">муниципального </w:t>
      </w:r>
      <w:r w:rsidRPr="00747207">
        <w:rPr>
          <w:rFonts w:cs="Times New Roman"/>
          <w:sz w:val="26"/>
          <w:szCs w:val="26"/>
          <w:lang w:val="ru-RU"/>
        </w:rPr>
        <w:t xml:space="preserve">района Оренбургской области </w:t>
      </w:r>
    </w:p>
    <w:p w:rsidR="0016745F" w:rsidRPr="00747207" w:rsidRDefault="000F1147" w:rsidP="006F5F86">
      <w:pPr>
        <w:spacing w:after="0" w:line="240" w:lineRule="auto"/>
        <w:ind w:firstLine="0"/>
        <w:jc w:val="center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>на 2026–2030 годы»</w:t>
      </w:r>
    </w:p>
    <w:p w:rsidR="00484A42" w:rsidRPr="00747207" w:rsidRDefault="00484A42" w:rsidP="006F5F86">
      <w:pPr>
        <w:spacing w:after="0" w:line="240" w:lineRule="auto"/>
        <w:ind w:firstLine="0"/>
        <w:jc w:val="both"/>
        <w:rPr>
          <w:rFonts w:cs="Times New Roman"/>
          <w:sz w:val="26"/>
          <w:szCs w:val="26"/>
          <w:lang w:val="ru-RU"/>
        </w:rPr>
      </w:pPr>
    </w:p>
    <w:p w:rsidR="00484A42" w:rsidRPr="00747207" w:rsidRDefault="00484A42" w:rsidP="006F5F86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26"/>
          <w:szCs w:val="26"/>
          <w:lang w:val="ru-RU"/>
        </w:rPr>
      </w:pPr>
      <w:r w:rsidRPr="00747207">
        <w:rPr>
          <w:rFonts w:eastAsia="Times New Roman" w:cs="Times New Roman"/>
          <w:sz w:val="26"/>
          <w:szCs w:val="26"/>
          <w:lang w:val="ru-RU"/>
        </w:rPr>
        <w:t xml:space="preserve">В соответствии с Земельным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10.01.2002 № 7-ФЗ «Об охране окружающей среды», Федеральным законом от 24.07.2002 № 101-ФЗ «Об обороте земель сельскохозяйственного назначения», Федеральным законом от 31.07.2025 № 294-ФЗ «О внесении изменений в Земельный кодекс Российской Федерации и отдельные законодательные акты Российской Федерации», приказом Министерства природных ресурсов, экологии и имущественных отношений Оренбургской области от 16.06.2026 № 246 «Об утверждении Перечня опасных видов инвазивных (чужеродных) растений,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уничтожению», Уставом муниципального образования сельское поселение </w:t>
      </w:r>
      <w:proofErr w:type="spellStart"/>
      <w:r w:rsidR="00AE4AC9">
        <w:rPr>
          <w:rFonts w:eastAsia="Times New Roman" w:cs="Times New Roman"/>
          <w:sz w:val="26"/>
          <w:szCs w:val="26"/>
          <w:lang w:val="ru-RU"/>
        </w:rPr>
        <w:t>Новоюласенский</w:t>
      </w:r>
      <w:proofErr w:type="spellEnd"/>
      <w:r w:rsidRPr="00747207">
        <w:rPr>
          <w:rFonts w:eastAsia="Times New Roman" w:cs="Times New Roman"/>
          <w:sz w:val="26"/>
          <w:szCs w:val="26"/>
          <w:lang w:val="ru-RU"/>
        </w:rPr>
        <w:t xml:space="preserve"> сельсовет Красногвардейского муниципального района Оренбургской области, постановлением администрации муниципального образования </w:t>
      </w:r>
      <w:proofErr w:type="spellStart"/>
      <w:r w:rsidR="00AE4AC9">
        <w:rPr>
          <w:rFonts w:eastAsia="Times New Roman" w:cs="Times New Roman"/>
          <w:sz w:val="26"/>
          <w:szCs w:val="26"/>
          <w:lang w:val="ru-RU"/>
        </w:rPr>
        <w:t>Новоюласенский</w:t>
      </w:r>
      <w:proofErr w:type="spellEnd"/>
      <w:r w:rsidRPr="00747207">
        <w:rPr>
          <w:rFonts w:eastAsia="Times New Roman" w:cs="Times New Roman"/>
          <w:sz w:val="26"/>
          <w:szCs w:val="26"/>
          <w:lang w:val="ru-RU"/>
        </w:rPr>
        <w:t xml:space="preserve"> сельсовет </w:t>
      </w:r>
      <w:r w:rsidR="00AE4AC9" w:rsidRPr="00AE4AC9">
        <w:rPr>
          <w:sz w:val="26"/>
          <w:szCs w:val="26"/>
          <w:lang w:val="ru-RU"/>
        </w:rPr>
        <w:t>01.09.2023 № 49-п «Об утверждении</w:t>
      </w:r>
      <w:r w:rsidR="00AE4AC9" w:rsidRPr="00AE4AC9">
        <w:rPr>
          <w:b/>
          <w:bCs/>
          <w:sz w:val="26"/>
          <w:szCs w:val="26"/>
          <w:lang w:val="ru-RU"/>
        </w:rPr>
        <w:t xml:space="preserve"> </w:t>
      </w:r>
      <w:r w:rsidR="00AE4AC9" w:rsidRPr="00AE4AC9">
        <w:rPr>
          <w:sz w:val="26"/>
          <w:szCs w:val="26"/>
          <w:lang w:val="ru-RU"/>
        </w:rPr>
        <w:t xml:space="preserve">Порядка разработки, реализации и оценки эффективности муниципальных программ муниципального образования </w:t>
      </w:r>
      <w:proofErr w:type="spellStart"/>
      <w:r w:rsidR="00AE4AC9" w:rsidRPr="00AE4AC9">
        <w:rPr>
          <w:sz w:val="26"/>
          <w:szCs w:val="26"/>
          <w:lang w:val="ru-RU"/>
        </w:rPr>
        <w:t>Новоюласенский</w:t>
      </w:r>
      <w:proofErr w:type="spellEnd"/>
      <w:r w:rsidR="00AE4AC9" w:rsidRPr="00AE4AC9">
        <w:rPr>
          <w:sz w:val="26"/>
          <w:szCs w:val="26"/>
          <w:lang w:val="ru-RU"/>
        </w:rPr>
        <w:t xml:space="preserve"> сельсовет Красногвардейского района Оренбургской области»</w:t>
      </w:r>
      <w:r w:rsidRPr="00747207">
        <w:rPr>
          <w:rFonts w:eastAsia="Times New Roman" w:cs="Times New Roman"/>
          <w:sz w:val="26"/>
          <w:szCs w:val="26"/>
          <w:lang w:val="ru-RU"/>
        </w:rPr>
        <w:t>, в целях недопущения нанесения земельным ресурсам ущерба от хозяйственной деятельности, а также обеспечения мероприятий по выявлению, предотвращению распространения и уничтожению опасных видов инвазивных (чужеродных) растений, включая борщев</w:t>
      </w:r>
      <w:r w:rsidR="006F5F86" w:rsidRPr="00747207">
        <w:rPr>
          <w:rFonts w:eastAsia="Times New Roman" w:cs="Times New Roman"/>
          <w:sz w:val="26"/>
          <w:szCs w:val="26"/>
          <w:lang w:val="ru-RU"/>
        </w:rPr>
        <w:t>ик Сосновского, на территории муниципального образования</w:t>
      </w:r>
      <w:r w:rsidRPr="00747207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6F5F86" w:rsidRPr="00747207">
        <w:rPr>
          <w:rFonts w:eastAsia="Times New Roman" w:cs="Times New Roman"/>
          <w:sz w:val="26"/>
          <w:szCs w:val="26"/>
          <w:lang w:val="ru-RU"/>
        </w:rPr>
        <w:t xml:space="preserve">сельское поселение </w:t>
      </w:r>
      <w:proofErr w:type="spellStart"/>
      <w:r w:rsidR="00AE4AC9">
        <w:rPr>
          <w:rFonts w:eastAsia="Times New Roman" w:cs="Times New Roman"/>
          <w:sz w:val="26"/>
          <w:szCs w:val="26"/>
          <w:lang w:val="ru-RU"/>
        </w:rPr>
        <w:t>Новоюласенский</w:t>
      </w:r>
      <w:proofErr w:type="spellEnd"/>
      <w:r w:rsidRPr="00747207">
        <w:rPr>
          <w:rFonts w:eastAsia="Times New Roman" w:cs="Times New Roman"/>
          <w:sz w:val="26"/>
          <w:szCs w:val="26"/>
          <w:lang w:val="ru-RU"/>
        </w:rPr>
        <w:t xml:space="preserve"> сельсовет:</w:t>
      </w:r>
    </w:p>
    <w:p w:rsidR="00747207" w:rsidRPr="00747207" w:rsidRDefault="000F1147" w:rsidP="001877CB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lastRenderedPageBreak/>
        <w:t xml:space="preserve">1. Утвердить программу «Использование и охрана земель на территории муниципального образования </w:t>
      </w:r>
      <w:r w:rsidR="006F5F86" w:rsidRPr="00747207">
        <w:rPr>
          <w:rFonts w:cs="Times New Roman"/>
          <w:sz w:val="26"/>
          <w:szCs w:val="26"/>
          <w:lang w:val="ru-RU"/>
        </w:rPr>
        <w:t xml:space="preserve">сельское поселение </w:t>
      </w:r>
      <w:proofErr w:type="spellStart"/>
      <w:r w:rsidR="00AE4AC9">
        <w:rPr>
          <w:rFonts w:cs="Times New Roman"/>
          <w:sz w:val="26"/>
          <w:szCs w:val="26"/>
          <w:lang w:val="ru-RU"/>
        </w:rPr>
        <w:t>Новоюласенский</w:t>
      </w:r>
      <w:proofErr w:type="spellEnd"/>
      <w:r w:rsidRPr="00747207">
        <w:rPr>
          <w:rFonts w:cs="Times New Roman"/>
          <w:sz w:val="26"/>
          <w:szCs w:val="26"/>
          <w:lang w:val="ru-RU"/>
        </w:rPr>
        <w:t xml:space="preserve"> сельсовет Красногвардейского </w:t>
      </w:r>
      <w:r w:rsidR="006F5F86" w:rsidRPr="00747207">
        <w:rPr>
          <w:rFonts w:cs="Times New Roman"/>
          <w:sz w:val="26"/>
          <w:szCs w:val="26"/>
          <w:lang w:val="ru-RU"/>
        </w:rPr>
        <w:t xml:space="preserve">муниципального </w:t>
      </w:r>
      <w:r w:rsidRPr="00747207">
        <w:rPr>
          <w:rFonts w:cs="Times New Roman"/>
          <w:sz w:val="26"/>
          <w:szCs w:val="26"/>
          <w:lang w:val="ru-RU"/>
        </w:rPr>
        <w:t xml:space="preserve">района Оренбургской области </w:t>
      </w:r>
      <w:r w:rsidR="006F5F86" w:rsidRPr="00747207">
        <w:rPr>
          <w:rFonts w:cs="Times New Roman"/>
          <w:sz w:val="26"/>
          <w:szCs w:val="26"/>
          <w:lang w:val="ru-RU"/>
        </w:rPr>
        <w:t>на 2026–2030 годы»</w:t>
      </w:r>
      <w:r w:rsidR="00747207" w:rsidRPr="00747207">
        <w:rPr>
          <w:sz w:val="26"/>
          <w:szCs w:val="26"/>
          <w:lang w:val="ru-RU"/>
        </w:rPr>
        <w:t xml:space="preserve"> согласно приложению.</w:t>
      </w:r>
    </w:p>
    <w:p w:rsidR="006F5F86" w:rsidRPr="001877CB" w:rsidRDefault="000F1147" w:rsidP="001877CB">
      <w:pPr>
        <w:spacing w:after="0" w:line="240" w:lineRule="auto"/>
        <w:jc w:val="both"/>
        <w:rPr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 xml:space="preserve">2. </w:t>
      </w:r>
      <w:r w:rsidR="006F5F86" w:rsidRPr="00747207">
        <w:rPr>
          <w:rFonts w:eastAsia="Times New Roman" w:cs="Times New Roman"/>
          <w:color w:val="000000"/>
          <w:sz w:val="26"/>
          <w:szCs w:val="26"/>
          <w:lang w:val="ru-RU" w:eastAsia="ru-RU"/>
        </w:rPr>
        <w:t xml:space="preserve">Признать утратившим силу постановление администрации муниципального образования </w:t>
      </w:r>
      <w:proofErr w:type="spellStart"/>
      <w:r w:rsidR="007266D7">
        <w:rPr>
          <w:rFonts w:eastAsia="Times New Roman" w:cs="Times New Roman"/>
          <w:color w:val="000000"/>
          <w:sz w:val="26"/>
          <w:szCs w:val="26"/>
          <w:lang w:val="ru-RU" w:eastAsia="ru-RU"/>
        </w:rPr>
        <w:t>Новоюласенский</w:t>
      </w:r>
      <w:proofErr w:type="spellEnd"/>
      <w:r w:rsidR="007266D7">
        <w:rPr>
          <w:rFonts w:eastAsia="Times New Roman" w:cs="Times New Roman"/>
          <w:color w:val="000000"/>
          <w:sz w:val="26"/>
          <w:szCs w:val="26"/>
          <w:lang w:val="ru-RU" w:eastAsia="ru-RU"/>
        </w:rPr>
        <w:t xml:space="preserve"> </w:t>
      </w:r>
      <w:r w:rsidR="006F5F86" w:rsidRPr="00747207">
        <w:rPr>
          <w:rFonts w:eastAsia="Times New Roman" w:cs="Times New Roman"/>
          <w:color w:val="000000"/>
          <w:sz w:val="26"/>
          <w:szCs w:val="26"/>
          <w:lang w:val="ru-RU" w:eastAsia="ru-RU"/>
        </w:rPr>
        <w:t>сельсовет Красногвардейского райо</w:t>
      </w:r>
      <w:r w:rsidR="00406689">
        <w:rPr>
          <w:rFonts w:eastAsia="Times New Roman" w:cs="Times New Roman"/>
          <w:color w:val="000000"/>
          <w:sz w:val="26"/>
          <w:szCs w:val="26"/>
          <w:lang w:val="ru-RU" w:eastAsia="ru-RU"/>
        </w:rPr>
        <w:t xml:space="preserve">на Оренбургской области от </w:t>
      </w:r>
      <w:r w:rsidR="001877CB">
        <w:rPr>
          <w:rFonts w:eastAsia="Times New Roman" w:cs="Times New Roman"/>
          <w:color w:val="000000"/>
          <w:sz w:val="26"/>
          <w:szCs w:val="26"/>
          <w:lang w:val="ru-RU" w:eastAsia="ru-RU"/>
        </w:rPr>
        <w:t>22.01.2026</w:t>
      </w:r>
      <w:r w:rsidR="006F5F86" w:rsidRPr="00747207">
        <w:rPr>
          <w:rFonts w:eastAsia="Times New Roman" w:cs="Times New Roman"/>
          <w:color w:val="000000"/>
          <w:sz w:val="26"/>
          <w:szCs w:val="26"/>
          <w:lang w:val="ru-RU" w:eastAsia="ru-RU"/>
        </w:rPr>
        <w:t xml:space="preserve"> № </w:t>
      </w:r>
      <w:r w:rsidR="001877CB">
        <w:rPr>
          <w:rFonts w:eastAsia="Times New Roman" w:cs="Times New Roman"/>
          <w:color w:val="000000"/>
          <w:sz w:val="26"/>
          <w:szCs w:val="26"/>
          <w:lang w:val="ru-RU" w:eastAsia="ru-RU"/>
        </w:rPr>
        <w:t>5</w:t>
      </w:r>
      <w:r w:rsidR="006F5F86" w:rsidRPr="00747207">
        <w:rPr>
          <w:rFonts w:eastAsia="Times New Roman" w:cs="Times New Roman"/>
          <w:color w:val="000000"/>
          <w:sz w:val="26"/>
          <w:szCs w:val="26"/>
          <w:lang w:val="ru-RU" w:eastAsia="ru-RU"/>
        </w:rPr>
        <w:t>-п</w:t>
      </w:r>
      <w:r w:rsidR="001877CB">
        <w:rPr>
          <w:rFonts w:eastAsia="Times New Roman" w:cs="Times New Roman"/>
          <w:color w:val="000000"/>
          <w:sz w:val="26"/>
          <w:szCs w:val="26"/>
          <w:lang w:val="ru-RU" w:eastAsia="ru-RU"/>
        </w:rPr>
        <w:t>-а</w:t>
      </w:r>
      <w:r w:rsidR="006F5F86" w:rsidRPr="00747207">
        <w:rPr>
          <w:rFonts w:eastAsia="Times New Roman" w:cs="Times New Roman"/>
          <w:color w:val="000000"/>
          <w:sz w:val="26"/>
          <w:szCs w:val="26"/>
          <w:lang w:val="ru-RU" w:eastAsia="ru-RU"/>
        </w:rPr>
        <w:t xml:space="preserve"> «</w:t>
      </w:r>
      <w:r w:rsidR="001877CB" w:rsidRPr="001877CB">
        <w:rPr>
          <w:sz w:val="26"/>
          <w:szCs w:val="26"/>
          <w:lang w:val="ru-RU"/>
        </w:rPr>
        <w:t xml:space="preserve">Об утверждении </w:t>
      </w:r>
      <w:proofErr w:type="gramStart"/>
      <w:r w:rsidR="001877CB" w:rsidRPr="001877CB">
        <w:rPr>
          <w:sz w:val="26"/>
          <w:szCs w:val="26"/>
          <w:lang w:val="ru-RU"/>
        </w:rPr>
        <w:t>муниципальной  Программы</w:t>
      </w:r>
      <w:proofErr w:type="gramEnd"/>
      <w:r w:rsidR="001877CB" w:rsidRPr="001877CB">
        <w:rPr>
          <w:sz w:val="26"/>
          <w:szCs w:val="26"/>
          <w:lang w:val="ru-RU"/>
        </w:rPr>
        <w:t xml:space="preserve"> по охране и использованию земель на территории муниципального образования </w:t>
      </w:r>
      <w:proofErr w:type="spellStart"/>
      <w:r w:rsidR="001877CB" w:rsidRPr="001877CB">
        <w:rPr>
          <w:sz w:val="26"/>
          <w:szCs w:val="26"/>
          <w:lang w:val="ru-RU"/>
        </w:rPr>
        <w:t>Новоюласенский</w:t>
      </w:r>
      <w:proofErr w:type="spellEnd"/>
      <w:r w:rsidR="001877CB" w:rsidRPr="001877CB">
        <w:rPr>
          <w:sz w:val="26"/>
          <w:szCs w:val="26"/>
          <w:lang w:val="ru-RU"/>
        </w:rPr>
        <w:t xml:space="preserve"> сельсовет Красногвардейского района Оренбургской области на 2026-2030 года</w:t>
      </w:r>
      <w:r w:rsidR="001877CB">
        <w:rPr>
          <w:sz w:val="26"/>
          <w:szCs w:val="26"/>
          <w:lang w:val="ru-RU"/>
        </w:rPr>
        <w:t>».</w:t>
      </w:r>
    </w:p>
    <w:p w:rsidR="0016745F" w:rsidRPr="00747207" w:rsidRDefault="006F5F86" w:rsidP="001877CB">
      <w:pPr>
        <w:tabs>
          <w:tab w:val="left" w:pos="709"/>
        </w:tabs>
        <w:spacing w:after="0" w:line="240" w:lineRule="auto"/>
        <w:jc w:val="both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>3. Установить, что настоящее постановление вступает в силу после его официального опубликования в газете «</w:t>
      </w:r>
      <w:proofErr w:type="spellStart"/>
      <w:r w:rsidR="00AE4AC9">
        <w:rPr>
          <w:rFonts w:cs="Times New Roman"/>
          <w:sz w:val="26"/>
          <w:szCs w:val="26"/>
          <w:lang w:val="ru-RU"/>
        </w:rPr>
        <w:t>Новоюласенский</w:t>
      </w:r>
      <w:proofErr w:type="spellEnd"/>
      <w:r w:rsidRPr="00747207">
        <w:rPr>
          <w:rFonts w:cs="Times New Roman"/>
          <w:sz w:val="26"/>
          <w:szCs w:val="26"/>
          <w:lang w:val="ru-RU"/>
        </w:rPr>
        <w:t xml:space="preserve"> вестник»</w:t>
      </w:r>
      <w:r w:rsidR="00AE4AC9">
        <w:rPr>
          <w:rFonts w:cs="Times New Roman"/>
          <w:sz w:val="26"/>
          <w:szCs w:val="26"/>
          <w:lang w:val="ru-RU"/>
        </w:rPr>
        <w:t>,</w:t>
      </w:r>
      <w:r w:rsidRPr="00747207">
        <w:rPr>
          <w:rFonts w:cs="Times New Roman"/>
          <w:sz w:val="26"/>
          <w:szCs w:val="26"/>
          <w:lang w:val="ru-RU"/>
        </w:rPr>
        <w:t xml:space="preserve"> подлежит </w:t>
      </w:r>
      <w:r w:rsidR="00AE4AC9">
        <w:rPr>
          <w:rFonts w:cs="Times New Roman"/>
          <w:sz w:val="26"/>
          <w:szCs w:val="26"/>
          <w:lang w:val="ru-RU"/>
        </w:rPr>
        <w:t xml:space="preserve">обнародованию и </w:t>
      </w:r>
      <w:r w:rsidRPr="00747207">
        <w:rPr>
          <w:rFonts w:cs="Times New Roman"/>
          <w:sz w:val="26"/>
          <w:szCs w:val="26"/>
          <w:lang w:val="ru-RU"/>
        </w:rPr>
        <w:t xml:space="preserve">размещению на официальном сайте администрации муниципального образования сельское поселение </w:t>
      </w:r>
      <w:proofErr w:type="spellStart"/>
      <w:r w:rsidR="00AE4AC9">
        <w:rPr>
          <w:rFonts w:cs="Times New Roman"/>
          <w:sz w:val="26"/>
          <w:szCs w:val="26"/>
          <w:lang w:val="ru-RU"/>
        </w:rPr>
        <w:t>Новоюласенский</w:t>
      </w:r>
      <w:proofErr w:type="spellEnd"/>
      <w:r w:rsidRPr="00747207">
        <w:rPr>
          <w:rFonts w:cs="Times New Roman"/>
          <w:sz w:val="26"/>
          <w:szCs w:val="26"/>
          <w:lang w:val="ru-RU"/>
        </w:rPr>
        <w:t xml:space="preserve"> сельсовет Красногвардейского муниципального района Оренбургской области в сети</w:t>
      </w:r>
      <w:proofErr w:type="gramStart"/>
      <w:r w:rsidR="00AE4AC9">
        <w:rPr>
          <w:rFonts w:cs="Times New Roman"/>
          <w:sz w:val="26"/>
          <w:szCs w:val="26"/>
          <w:lang w:val="ru-RU"/>
        </w:rPr>
        <w:t xml:space="preserve">  </w:t>
      </w:r>
      <w:r w:rsidRPr="00747207">
        <w:rPr>
          <w:rFonts w:cs="Times New Roman"/>
          <w:sz w:val="26"/>
          <w:szCs w:val="26"/>
          <w:lang w:val="ru-RU"/>
        </w:rPr>
        <w:t xml:space="preserve"> </w:t>
      </w:r>
      <w:r w:rsidR="00AE4AC9">
        <w:rPr>
          <w:rFonts w:cs="Times New Roman"/>
          <w:sz w:val="26"/>
          <w:szCs w:val="26"/>
          <w:lang w:val="ru-RU"/>
        </w:rPr>
        <w:t>«</w:t>
      </w:r>
      <w:proofErr w:type="gramEnd"/>
      <w:r w:rsidRPr="00747207">
        <w:rPr>
          <w:rFonts w:cs="Times New Roman"/>
          <w:sz w:val="26"/>
          <w:szCs w:val="26"/>
          <w:lang w:val="ru-RU"/>
        </w:rPr>
        <w:t>Интернет</w:t>
      </w:r>
      <w:r w:rsidR="00AE4AC9">
        <w:rPr>
          <w:rFonts w:cs="Times New Roman"/>
          <w:sz w:val="26"/>
          <w:szCs w:val="26"/>
          <w:lang w:val="ru-RU"/>
        </w:rPr>
        <w:t>»</w:t>
      </w:r>
      <w:r w:rsidRPr="00747207">
        <w:rPr>
          <w:rFonts w:cs="Times New Roman"/>
          <w:sz w:val="26"/>
          <w:szCs w:val="26"/>
          <w:lang w:val="ru-RU"/>
        </w:rPr>
        <w:t>.</w:t>
      </w:r>
    </w:p>
    <w:p w:rsidR="0016745F" w:rsidRPr="00747207" w:rsidRDefault="006F5F86" w:rsidP="001877CB">
      <w:pPr>
        <w:spacing w:after="0" w:line="240" w:lineRule="auto"/>
        <w:jc w:val="both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>4</w:t>
      </w:r>
      <w:r w:rsidR="000F1147" w:rsidRPr="00747207">
        <w:rPr>
          <w:rFonts w:cs="Times New Roman"/>
          <w:sz w:val="26"/>
          <w:szCs w:val="26"/>
          <w:lang w:val="ru-RU"/>
        </w:rPr>
        <w:t>. Контроль за исполнением настоящего постановления оставляю за собой.</w:t>
      </w:r>
    </w:p>
    <w:p w:rsidR="00484A42" w:rsidRPr="00747207" w:rsidRDefault="00484A42" w:rsidP="001877CB">
      <w:pPr>
        <w:spacing w:after="0" w:line="240" w:lineRule="auto"/>
        <w:jc w:val="both"/>
        <w:rPr>
          <w:rFonts w:cs="Times New Roman"/>
          <w:sz w:val="26"/>
          <w:szCs w:val="26"/>
          <w:lang w:val="ru-RU"/>
        </w:rPr>
      </w:pPr>
    </w:p>
    <w:p w:rsidR="006F5F86" w:rsidRPr="00747207" w:rsidRDefault="006F5F86" w:rsidP="00484A42">
      <w:pPr>
        <w:spacing w:after="0" w:line="240" w:lineRule="auto"/>
        <w:ind w:firstLine="0"/>
        <w:rPr>
          <w:rFonts w:cs="Times New Roman"/>
          <w:sz w:val="26"/>
          <w:szCs w:val="26"/>
          <w:lang w:val="ru-RU"/>
        </w:rPr>
      </w:pPr>
    </w:p>
    <w:p w:rsidR="0016745F" w:rsidRPr="00747207" w:rsidRDefault="000F1147" w:rsidP="00484A42">
      <w:pPr>
        <w:spacing w:after="0" w:line="240" w:lineRule="auto"/>
        <w:ind w:firstLine="0"/>
        <w:rPr>
          <w:rFonts w:cs="Times New Roman"/>
          <w:sz w:val="26"/>
          <w:szCs w:val="26"/>
          <w:lang w:val="ru-RU"/>
        </w:rPr>
      </w:pPr>
      <w:r w:rsidRPr="00747207">
        <w:rPr>
          <w:rFonts w:cs="Times New Roman"/>
          <w:sz w:val="26"/>
          <w:szCs w:val="26"/>
          <w:lang w:val="ru-RU"/>
        </w:rPr>
        <w:t xml:space="preserve">Глава </w:t>
      </w:r>
      <w:r w:rsidR="00484A42" w:rsidRPr="00747207">
        <w:rPr>
          <w:rFonts w:cs="Times New Roman"/>
          <w:sz w:val="26"/>
          <w:szCs w:val="26"/>
          <w:lang w:val="ru-RU"/>
        </w:rPr>
        <w:t xml:space="preserve">сельского поселения </w:t>
      </w:r>
      <w:r w:rsidR="006F5F86" w:rsidRPr="00747207">
        <w:rPr>
          <w:rFonts w:cs="Times New Roman"/>
          <w:sz w:val="26"/>
          <w:szCs w:val="26"/>
          <w:lang w:val="ru-RU"/>
        </w:rPr>
        <w:t xml:space="preserve">                             </w:t>
      </w:r>
      <w:r w:rsidR="00484A42" w:rsidRPr="00747207">
        <w:rPr>
          <w:rFonts w:cs="Times New Roman"/>
          <w:sz w:val="26"/>
          <w:szCs w:val="26"/>
          <w:lang w:val="ru-RU"/>
        </w:rPr>
        <w:t xml:space="preserve">                                         </w:t>
      </w:r>
      <w:r w:rsidR="00AE4AC9">
        <w:rPr>
          <w:rFonts w:cs="Times New Roman"/>
          <w:sz w:val="26"/>
          <w:szCs w:val="26"/>
          <w:lang w:val="ru-RU"/>
        </w:rPr>
        <w:t xml:space="preserve">    </w:t>
      </w:r>
      <w:r w:rsidR="00484A42" w:rsidRPr="00747207">
        <w:rPr>
          <w:rFonts w:cs="Times New Roman"/>
          <w:sz w:val="26"/>
          <w:szCs w:val="26"/>
          <w:lang w:val="ru-RU"/>
        </w:rPr>
        <w:t xml:space="preserve"> </w:t>
      </w:r>
      <w:proofErr w:type="spellStart"/>
      <w:r w:rsidR="00AE4AC9">
        <w:rPr>
          <w:rFonts w:cs="Times New Roman"/>
          <w:sz w:val="26"/>
          <w:szCs w:val="26"/>
          <w:lang w:val="ru-RU"/>
        </w:rPr>
        <w:t>Е.С.Шишкина</w:t>
      </w:r>
      <w:proofErr w:type="spellEnd"/>
      <w:r w:rsidR="00484A42" w:rsidRPr="00747207">
        <w:rPr>
          <w:rFonts w:cs="Times New Roman"/>
          <w:sz w:val="26"/>
          <w:szCs w:val="26"/>
          <w:lang w:val="ru-RU"/>
        </w:rPr>
        <w:t xml:space="preserve"> </w:t>
      </w:r>
    </w:p>
    <w:p w:rsidR="006F5F86" w:rsidRPr="00747207" w:rsidRDefault="006F5F86" w:rsidP="006F5F86">
      <w:pPr>
        <w:spacing w:after="0" w:line="240" w:lineRule="auto"/>
        <w:ind w:firstLine="0"/>
        <w:rPr>
          <w:rFonts w:cs="Times New Roman"/>
          <w:sz w:val="26"/>
          <w:szCs w:val="26"/>
          <w:lang w:val="ru-RU"/>
        </w:rPr>
      </w:pPr>
    </w:p>
    <w:p w:rsidR="0027305E" w:rsidRDefault="00747207" w:rsidP="0027305E">
      <w:pPr>
        <w:spacing w:after="0" w:line="240" w:lineRule="auto"/>
        <w:ind w:firstLine="0"/>
        <w:jc w:val="both"/>
        <w:rPr>
          <w:rFonts w:cs="Times New Roman"/>
          <w:color w:val="000000"/>
          <w:sz w:val="20"/>
          <w:szCs w:val="20"/>
          <w:shd w:val="clear" w:color="auto" w:fill="FFFFFF"/>
          <w:lang w:val="ru-RU"/>
        </w:rPr>
      </w:pPr>
      <w:r w:rsidRPr="00747207">
        <w:rPr>
          <w:rFonts w:cs="Times New Roman"/>
          <w:color w:val="000000"/>
          <w:sz w:val="20"/>
          <w:szCs w:val="20"/>
          <w:shd w:val="clear" w:color="auto" w:fill="FFFFFF"/>
          <w:lang w:val="ru-RU"/>
        </w:rPr>
        <w:t xml:space="preserve">Разослано: в </w:t>
      </w:r>
      <w:proofErr w:type="gramStart"/>
      <w:r w:rsidRPr="00747207">
        <w:rPr>
          <w:rFonts w:cs="Times New Roman"/>
          <w:color w:val="000000"/>
          <w:sz w:val="20"/>
          <w:szCs w:val="20"/>
          <w:shd w:val="clear" w:color="auto" w:fill="FFFFFF"/>
          <w:lang w:val="ru-RU"/>
        </w:rPr>
        <w:t>дело,  финансовому</w:t>
      </w:r>
      <w:proofErr w:type="gramEnd"/>
      <w:r w:rsidRPr="00747207">
        <w:rPr>
          <w:rFonts w:cs="Times New Roman"/>
          <w:color w:val="000000"/>
          <w:sz w:val="20"/>
          <w:szCs w:val="20"/>
          <w:shd w:val="clear" w:color="auto" w:fill="FFFFFF"/>
          <w:lang w:val="ru-RU"/>
        </w:rPr>
        <w:t xml:space="preserve"> отделу администрации района, отделу архитектуры и градостроительства администрации района, территориальному отделу Управления </w:t>
      </w:r>
      <w:proofErr w:type="spellStart"/>
      <w:r w:rsidRPr="00747207">
        <w:rPr>
          <w:rFonts w:cs="Times New Roman"/>
          <w:color w:val="000000"/>
          <w:sz w:val="20"/>
          <w:szCs w:val="20"/>
          <w:shd w:val="clear" w:color="auto" w:fill="FFFFFF"/>
          <w:lang w:val="ru-RU"/>
        </w:rPr>
        <w:t>Росреестра</w:t>
      </w:r>
      <w:proofErr w:type="spellEnd"/>
      <w:r w:rsidRPr="00747207">
        <w:rPr>
          <w:rFonts w:cs="Times New Roman"/>
          <w:color w:val="000000"/>
          <w:sz w:val="20"/>
          <w:szCs w:val="20"/>
          <w:shd w:val="clear" w:color="auto" w:fill="FFFFFF"/>
          <w:lang w:val="ru-RU"/>
        </w:rPr>
        <w:t xml:space="preserve"> по Оренбургской области, для обнародования — 2 экз., прокурору района.</w:t>
      </w:r>
    </w:p>
    <w:p w:rsidR="0027305E" w:rsidRDefault="0027305E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AE4AC9" w:rsidRDefault="00AE4AC9" w:rsidP="0027305E">
      <w:pPr>
        <w:spacing w:after="0" w:line="240" w:lineRule="auto"/>
        <w:ind w:firstLine="0"/>
        <w:jc w:val="right"/>
        <w:rPr>
          <w:rFonts w:cs="Times New Roman"/>
          <w:b/>
          <w:szCs w:val="24"/>
          <w:lang w:val="ru-RU"/>
        </w:rPr>
      </w:pPr>
    </w:p>
    <w:p w:rsidR="0027305E" w:rsidRPr="0027305E" w:rsidRDefault="00054828" w:rsidP="0027305E">
      <w:pPr>
        <w:spacing w:after="0" w:line="240" w:lineRule="auto"/>
        <w:ind w:firstLine="0"/>
        <w:jc w:val="right"/>
        <w:rPr>
          <w:rFonts w:cs="Times New Roman"/>
          <w:szCs w:val="24"/>
          <w:lang w:val="ru-RU"/>
        </w:rPr>
      </w:pPr>
      <w:r w:rsidRPr="0027305E">
        <w:rPr>
          <w:rFonts w:cs="Times New Roman"/>
          <w:szCs w:val="24"/>
          <w:lang w:val="ru-RU"/>
        </w:rPr>
        <w:lastRenderedPageBreak/>
        <w:t xml:space="preserve">Приложение </w:t>
      </w:r>
    </w:p>
    <w:p w:rsidR="0027305E" w:rsidRPr="0027305E" w:rsidRDefault="00054828" w:rsidP="0027305E">
      <w:pPr>
        <w:spacing w:after="0" w:line="240" w:lineRule="auto"/>
        <w:ind w:firstLine="0"/>
        <w:jc w:val="right"/>
        <w:rPr>
          <w:rFonts w:cs="Times New Roman"/>
          <w:szCs w:val="24"/>
          <w:lang w:val="ru-RU"/>
        </w:rPr>
      </w:pPr>
      <w:r w:rsidRPr="0027305E">
        <w:rPr>
          <w:rFonts w:cs="Times New Roman"/>
          <w:szCs w:val="24"/>
          <w:lang w:val="ru-RU"/>
        </w:rPr>
        <w:t xml:space="preserve">к постановлению администрации </w:t>
      </w:r>
    </w:p>
    <w:p w:rsidR="0027305E" w:rsidRPr="0027305E" w:rsidRDefault="00054828" w:rsidP="0027305E">
      <w:pPr>
        <w:spacing w:after="0" w:line="240" w:lineRule="auto"/>
        <w:ind w:firstLine="0"/>
        <w:jc w:val="right"/>
        <w:rPr>
          <w:rFonts w:cs="Times New Roman"/>
          <w:szCs w:val="24"/>
          <w:lang w:val="ru-RU"/>
        </w:rPr>
      </w:pPr>
      <w:r w:rsidRPr="0027305E">
        <w:rPr>
          <w:rFonts w:cs="Times New Roman"/>
          <w:szCs w:val="24"/>
          <w:lang w:val="ru-RU"/>
        </w:rPr>
        <w:t>муниципального образования</w:t>
      </w:r>
    </w:p>
    <w:p w:rsidR="0027305E" w:rsidRPr="0027305E" w:rsidRDefault="00054828" w:rsidP="0027305E">
      <w:pPr>
        <w:spacing w:after="0" w:line="240" w:lineRule="auto"/>
        <w:ind w:firstLine="0"/>
        <w:jc w:val="right"/>
        <w:rPr>
          <w:rFonts w:cs="Times New Roman"/>
          <w:szCs w:val="24"/>
          <w:lang w:val="ru-RU"/>
        </w:rPr>
      </w:pPr>
      <w:r w:rsidRPr="0027305E">
        <w:rPr>
          <w:rFonts w:cs="Times New Roman"/>
          <w:szCs w:val="24"/>
          <w:lang w:val="ru-RU"/>
        </w:rPr>
        <w:t>сельское поселение</w:t>
      </w:r>
    </w:p>
    <w:p w:rsidR="00054828" w:rsidRPr="0027305E" w:rsidRDefault="00AE4AC9" w:rsidP="0027305E">
      <w:pPr>
        <w:spacing w:after="0" w:line="240" w:lineRule="auto"/>
        <w:ind w:firstLine="0"/>
        <w:jc w:val="right"/>
        <w:rPr>
          <w:rFonts w:cs="Times New Roman"/>
          <w:sz w:val="20"/>
          <w:szCs w:val="20"/>
          <w:lang w:val="ru-RU"/>
        </w:rPr>
      </w:pPr>
      <w:proofErr w:type="spellStart"/>
      <w:r>
        <w:rPr>
          <w:rFonts w:cs="Times New Roman"/>
          <w:szCs w:val="24"/>
          <w:lang w:val="ru-RU"/>
        </w:rPr>
        <w:t>Новоюласенский</w:t>
      </w:r>
      <w:proofErr w:type="spellEnd"/>
      <w:r w:rsidR="00054828" w:rsidRPr="0027305E">
        <w:rPr>
          <w:rFonts w:cs="Times New Roman"/>
          <w:szCs w:val="24"/>
          <w:lang w:val="ru-RU"/>
        </w:rPr>
        <w:t xml:space="preserve"> сельсовет</w:t>
      </w:r>
    </w:p>
    <w:p w:rsidR="00054828" w:rsidRPr="0027305E" w:rsidRDefault="00054828" w:rsidP="0027305E">
      <w:pPr>
        <w:spacing w:after="0" w:line="240" w:lineRule="auto"/>
        <w:ind w:firstLine="0"/>
        <w:jc w:val="right"/>
        <w:rPr>
          <w:lang w:val="ru-RU"/>
        </w:rPr>
      </w:pPr>
      <w:r w:rsidRPr="0027305E">
        <w:rPr>
          <w:lang w:val="ru-RU"/>
        </w:rPr>
        <w:t>Красногвардейского муниципального района</w:t>
      </w:r>
    </w:p>
    <w:p w:rsidR="0027305E" w:rsidRPr="0027305E" w:rsidRDefault="00054828" w:rsidP="0027305E">
      <w:pPr>
        <w:spacing w:after="0" w:line="240" w:lineRule="auto"/>
        <w:ind w:firstLine="0"/>
        <w:jc w:val="right"/>
        <w:rPr>
          <w:lang w:val="ru-RU"/>
        </w:rPr>
      </w:pPr>
      <w:r w:rsidRPr="0027305E">
        <w:rPr>
          <w:lang w:val="ru-RU"/>
        </w:rPr>
        <w:t xml:space="preserve">Оренбургской области </w:t>
      </w:r>
    </w:p>
    <w:p w:rsidR="00054828" w:rsidRPr="0027305E" w:rsidRDefault="00054828" w:rsidP="0027305E">
      <w:pPr>
        <w:spacing w:after="0" w:line="240" w:lineRule="auto"/>
        <w:ind w:firstLine="0"/>
        <w:jc w:val="right"/>
        <w:rPr>
          <w:lang w:val="ru-RU"/>
        </w:rPr>
      </w:pPr>
      <w:r w:rsidRPr="0027305E">
        <w:rPr>
          <w:rFonts w:cs="Times New Roman"/>
          <w:szCs w:val="24"/>
          <w:lang w:val="ru-RU"/>
        </w:rPr>
        <w:t>от 0</w:t>
      </w:r>
      <w:r w:rsidR="00AE4AC9">
        <w:rPr>
          <w:rFonts w:cs="Times New Roman"/>
          <w:szCs w:val="24"/>
          <w:lang w:val="ru-RU"/>
        </w:rPr>
        <w:t>9</w:t>
      </w:r>
      <w:r w:rsidRPr="0027305E">
        <w:rPr>
          <w:rFonts w:cs="Times New Roman"/>
          <w:szCs w:val="24"/>
          <w:lang w:val="ru-RU"/>
        </w:rPr>
        <w:t xml:space="preserve">.10.2026 № </w:t>
      </w:r>
      <w:r w:rsidR="00AE4AC9">
        <w:rPr>
          <w:rFonts w:cs="Times New Roman"/>
          <w:szCs w:val="24"/>
          <w:lang w:val="ru-RU"/>
        </w:rPr>
        <w:t>62</w:t>
      </w:r>
      <w:r w:rsidRPr="0027305E">
        <w:rPr>
          <w:rFonts w:cs="Times New Roman"/>
          <w:szCs w:val="24"/>
          <w:lang w:val="ru-RU"/>
        </w:rPr>
        <w:t>-п</w:t>
      </w:r>
    </w:p>
    <w:p w:rsidR="00054828" w:rsidRDefault="00054828" w:rsidP="00054828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</w:p>
    <w:p w:rsidR="0016745F" w:rsidRPr="0027305E" w:rsidRDefault="000F1147" w:rsidP="00054828">
      <w:pPr>
        <w:spacing w:after="0" w:line="240" w:lineRule="auto"/>
        <w:ind w:firstLine="0"/>
        <w:jc w:val="center"/>
        <w:rPr>
          <w:rFonts w:cs="Times New Roman"/>
          <w:b/>
          <w:szCs w:val="24"/>
          <w:lang w:val="ru-RU"/>
        </w:rPr>
      </w:pPr>
      <w:r w:rsidRPr="0027305E">
        <w:rPr>
          <w:rFonts w:cs="Times New Roman"/>
          <w:b/>
          <w:szCs w:val="24"/>
          <w:lang w:val="ru-RU"/>
        </w:rPr>
        <w:t>ПРОГРАММА</w:t>
      </w:r>
    </w:p>
    <w:p w:rsidR="00054828" w:rsidRPr="0027305E" w:rsidRDefault="000F1147" w:rsidP="00054828">
      <w:pPr>
        <w:spacing w:after="0" w:line="240" w:lineRule="auto"/>
        <w:ind w:firstLine="0"/>
        <w:jc w:val="center"/>
        <w:rPr>
          <w:rFonts w:cs="Times New Roman"/>
          <w:b/>
          <w:szCs w:val="24"/>
          <w:lang w:val="ru-RU"/>
        </w:rPr>
      </w:pPr>
      <w:r w:rsidRPr="0027305E">
        <w:rPr>
          <w:rFonts w:cs="Times New Roman"/>
          <w:b/>
          <w:szCs w:val="24"/>
          <w:lang w:val="ru-RU"/>
        </w:rPr>
        <w:t xml:space="preserve">«Использование и охрана земель на территории муниципального образования </w:t>
      </w:r>
      <w:r w:rsidR="00054828" w:rsidRPr="0027305E">
        <w:rPr>
          <w:rFonts w:cs="Times New Roman"/>
          <w:b/>
          <w:szCs w:val="24"/>
          <w:lang w:val="ru-RU"/>
        </w:rPr>
        <w:t xml:space="preserve">сельское поселение </w:t>
      </w:r>
      <w:proofErr w:type="spellStart"/>
      <w:r w:rsidR="00AE4AC9">
        <w:rPr>
          <w:rFonts w:cs="Times New Roman"/>
          <w:b/>
          <w:szCs w:val="24"/>
          <w:lang w:val="ru-RU"/>
        </w:rPr>
        <w:t>Новоюласенский</w:t>
      </w:r>
      <w:proofErr w:type="spellEnd"/>
      <w:r w:rsidRPr="0027305E">
        <w:rPr>
          <w:rFonts w:cs="Times New Roman"/>
          <w:b/>
          <w:szCs w:val="24"/>
          <w:lang w:val="ru-RU"/>
        </w:rPr>
        <w:t xml:space="preserve"> сельсовет Красногвардейского</w:t>
      </w:r>
      <w:r w:rsidR="00054828" w:rsidRPr="0027305E">
        <w:rPr>
          <w:rFonts w:cs="Times New Roman"/>
          <w:b/>
          <w:szCs w:val="24"/>
          <w:lang w:val="ru-RU"/>
        </w:rPr>
        <w:t xml:space="preserve"> муниципального</w:t>
      </w:r>
      <w:r w:rsidRPr="0027305E">
        <w:rPr>
          <w:rFonts w:cs="Times New Roman"/>
          <w:b/>
          <w:szCs w:val="24"/>
          <w:lang w:val="ru-RU"/>
        </w:rPr>
        <w:t xml:space="preserve"> района </w:t>
      </w:r>
    </w:p>
    <w:p w:rsidR="0016745F" w:rsidRPr="0027305E" w:rsidRDefault="000F1147" w:rsidP="00054828">
      <w:pPr>
        <w:spacing w:after="0" w:line="240" w:lineRule="auto"/>
        <w:ind w:firstLine="0"/>
        <w:jc w:val="center"/>
        <w:rPr>
          <w:rFonts w:cs="Times New Roman"/>
          <w:b/>
          <w:szCs w:val="24"/>
          <w:lang w:val="ru-RU"/>
        </w:rPr>
      </w:pPr>
      <w:r w:rsidRPr="0027305E">
        <w:rPr>
          <w:rFonts w:cs="Times New Roman"/>
          <w:b/>
          <w:szCs w:val="24"/>
          <w:lang w:val="ru-RU"/>
        </w:rPr>
        <w:t>Оренбургской области на 2026–2030 годы»</w:t>
      </w:r>
    </w:p>
    <w:p w:rsidR="00054828" w:rsidRPr="00054828" w:rsidRDefault="00054828" w:rsidP="00054828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</w:p>
    <w:p w:rsidR="0016745F" w:rsidRPr="00406689" w:rsidRDefault="000F1147" w:rsidP="00AE4AC9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  <w:r w:rsidRPr="00406689">
        <w:rPr>
          <w:rFonts w:cs="Times New Roman"/>
          <w:b/>
          <w:szCs w:val="24"/>
          <w:lang w:val="ru-RU"/>
        </w:rPr>
        <w:t>1. Паспорт программы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64"/>
        <w:gridCol w:w="7715"/>
      </w:tblGrid>
      <w:tr w:rsidR="0016745F" w:rsidRPr="00AE4AC9" w:rsidTr="00054828">
        <w:tc>
          <w:tcPr>
            <w:tcW w:w="1822" w:type="dxa"/>
          </w:tcPr>
          <w:p w:rsidR="0016745F" w:rsidRPr="00054828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054828">
              <w:rPr>
                <w:rFonts w:cs="Times New Roman"/>
                <w:b/>
                <w:szCs w:val="24"/>
              </w:rPr>
              <w:t>Наименование</w:t>
            </w:r>
            <w:proofErr w:type="spellEnd"/>
            <w:r w:rsidRPr="00054828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054828">
              <w:rPr>
                <w:rFonts w:cs="Times New Roman"/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8067" w:type="dxa"/>
          </w:tcPr>
          <w:p w:rsidR="0016745F" w:rsidRPr="00054828" w:rsidRDefault="000F1147" w:rsidP="00054828">
            <w:pPr>
              <w:spacing w:after="0"/>
              <w:ind w:firstLine="0"/>
              <w:jc w:val="both"/>
              <w:rPr>
                <w:rFonts w:cs="Times New Roman"/>
                <w:szCs w:val="24"/>
                <w:lang w:val="ru-RU"/>
              </w:rPr>
            </w:pPr>
            <w:r w:rsidRPr="00054828">
              <w:rPr>
                <w:rFonts w:cs="Times New Roman"/>
                <w:szCs w:val="24"/>
                <w:lang w:val="ru-RU"/>
              </w:rPr>
              <w:t xml:space="preserve">Программа «Использование и охрана земель на территории </w:t>
            </w:r>
            <w:r w:rsidR="00054828" w:rsidRPr="00054828">
              <w:rPr>
                <w:rFonts w:cs="Times New Roman"/>
                <w:szCs w:val="24"/>
                <w:lang w:val="ru-RU"/>
              </w:rPr>
              <w:t xml:space="preserve">муниципального образования </w:t>
            </w:r>
            <w:r w:rsidR="00054828">
              <w:rPr>
                <w:rFonts w:cs="Times New Roman"/>
                <w:szCs w:val="24"/>
                <w:lang w:val="ru-RU"/>
              </w:rPr>
              <w:t xml:space="preserve">сельское поселение </w:t>
            </w:r>
            <w:proofErr w:type="spellStart"/>
            <w:r w:rsidR="00AE4AC9">
              <w:rPr>
                <w:rFonts w:cs="Times New Roman"/>
                <w:szCs w:val="24"/>
                <w:lang w:val="ru-RU"/>
              </w:rPr>
              <w:t>Новоюласенский</w:t>
            </w:r>
            <w:proofErr w:type="spellEnd"/>
            <w:r w:rsidR="00054828" w:rsidRPr="00054828">
              <w:rPr>
                <w:rFonts w:cs="Times New Roman"/>
                <w:szCs w:val="24"/>
                <w:lang w:val="ru-RU"/>
              </w:rPr>
              <w:t xml:space="preserve"> сельсовет Красногвардейского</w:t>
            </w:r>
            <w:r w:rsidR="00054828">
              <w:rPr>
                <w:rFonts w:cs="Times New Roman"/>
                <w:szCs w:val="24"/>
                <w:lang w:val="ru-RU"/>
              </w:rPr>
              <w:t xml:space="preserve"> муниципального</w:t>
            </w:r>
            <w:r w:rsidR="00054828" w:rsidRPr="00054828">
              <w:rPr>
                <w:rFonts w:cs="Times New Roman"/>
                <w:szCs w:val="24"/>
                <w:lang w:val="ru-RU"/>
              </w:rPr>
              <w:t xml:space="preserve"> района Оренбургской области</w:t>
            </w:r>
            <w:r w:rsidRPr="00054828">
              <w:rPr>
                <w:rFonts w:cs="Times New Roman"/>
                <w:szCs w:val="24"/>
                <w:lang w:val="ru-RU"/>
              </w:rPr>
              <w:t xml:space="preserve"> на 2026–2030 годы»</w:t>
            </w:r>
          </w:p>
        </w:tc>
      </w:tr>
      <w:tr w:rsidR="0016745F" w:rsidRPr="00AE4AC9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t>Основание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разработки</w:t>
            </w:r>
            <w:proofErr w:type="spellEnd"/>
          </w:p>
        </w:tc>
        <w:tc>
          <w:tcPr>
            <w:tcW w:w="8067" w:type="dxa"/>
          </w:tcPr>
          <w:p w:rsidR="0016745F" w:rsidRPr="00484A42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 xml:space="preserve">Земельный кодекс Российской Федерации; Федеральный закон от 10.01.2002 № 7-ФЗ «Об охране окружающей среды», в том числе ч. 1 ст. 50.1; Федеральный закон от 24.07.2002 № 101-ФЗ «Об обороте земель сельскохозяйственного назначения», в том числе пункт 3 части 1 статьи 6; Федеральный закон от 31.07.2025 № 294-ФЗ; приказ Министерства природных ресурсов, экологии и имущественных отношений Оренбургской области от 16.06.2026 № 246 «Об утверждении Перечня опасных видов инвазивных (чужеродных) растений»; </w:t>
            </w:r>
          </w:p>
        </w:tc>
      </w:tr>
      <w:tr w:rsidR="0016745F" w:rsidRPr="00AE4AC9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t>Заказчик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8067" w:type="dxa"/>
          </w:tcPr>
          <w:p w:rsidR="0016745F" w:rsidRPr="00484A42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Администрация муниципального образования</w:t>
            </w:r>
            <w:r w:rsidR="00054828">
              <w:rPr>
                <w:rFonts w:cs="Times New Roman"/>
                <w:szCs w:val="24"/>
                <w:lang w:val="ru-RU"/>
              </w:rPr>
              <w:t xml:space="preserve"> сельское </w:t>
            </w:r>
            <w:proofErr w:type="gramStart"/>
            <w:r w:rsidR="00054828">
              <w:rPr>
                <w:rFonts w:cs="Times New Roman"/>
                <w:szCs w:val="24"/>
                <w:lang w:val="ru-RU"/>
              </w:rPr>
              <w:t xml:space="preserve">поселение </w:t>
            </w:r>
            <w:r w:rsidRPr="00484A42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AE4AC9">
              <w:rPr>
                <w:rFonts w:cs="Times New Roman"/>
                <w:szCs w:val="24"/>
                <w:lang w:val="ru-RU"/>
              </w:rPr>
              <w:t>Новоюласенский</w:t>
            </w:r>
            <w:proofErr w:type="spellEnd"/>
            <w:proofErr w:type="gramEnd"/>
            <w:r w:rsidRPr="00484A42">
              <w:rPr>
                <w:rFonts w:cs="Times New Roman"/>
                <w:szCs w:val="24"/>
                <w:lang w:val="ru-RU"/>
              </w:rPr>
              <w:t xml:space="preserve"> сельсовет Красногвардейского</w:t>
            </w:r>
            <w:r w:rsidR="00054828">
              <w:rPr>
                <w:rFonts w:cs="Times New Roman"/>
                <w:szCs w:val="24"/>
                <w:lang w:val="ru-RU"/>
              </w:rPr>
              <w:t xml:space="preserve"> муниципального</w:t>
            </w:r>
            <w:r w:rsidRPr="00484A42">
              <w:rPr>
                <w:rFonts w:cs="Times New Roman"/>
                <w:szCs w:val="24"/>
                <w:lang w:val="ru-RU"/>
              </w:rPr>
              <w:t xml:space="preserve"> района Оренбургской области</w:t>
            </w:r>
          </w:p>
        </w:tc>
      </w:tr>
      <w:tr w:rsidR="0016745F" w:rsidRPr="00AE4AC9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t>Цель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8067" w:type="dxa"/>
          </w:tcPr>
          <w:p w:rsidR="0016745F" w:rsidRPr="00484A42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 xml:space="preserve">Создание условий для рационального использования и охраны земель на территории муниципального образования </w:t>
            </w:r>
            <w:r w:rsidR="00054828">
              <w:rPr>
                <w:rFonts w:cs="Times New Roman"/>
                <w:szCs w:val="24"/>
                <w:lang w:val="ru-RU"/>
              </w:rPr>
              <w:t xml:space="preserve">сельское поселение </w:t>
            </w:r>
            <w:proofErr w:type="spellStart"/>
            <w:r w:rsidR="00AE4AC9">
              <w:rPr>
                <w:rFonts w:cs="Times New Roman"/>
                <w:szCs w:val="24"/>
                <w:lang w:val="ru-RU"/>
              </w:rPr>
              <w:t>Новоюласенский</w:t>
            </w:r>
            <w:proofErr w:type="spellEnd"/>
            <w:r w:rsidRPr="00484A42">
              <w:rPr>
                <w:rFonts w:cs="Times New Roman"/>
                <w:szCs w:val="24"/>
                <w:lang w:val="ru-RU"/>
              </w:rPr>
              <w:t xml:space="preserve"> сельсовет, предотвращение деградации, загрязнения и захламления земель, снижение рисков, связанных с распространением опасных видов инвазивных (чужеродных) растений</w:t>
            </w:r>
          </w:p>
        </w:tc>
      </w:tr>
      <w:tr w:rsidR="0016745F" w:rsidRPr="00AE4AC9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t>Задачи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8067" w:type="dxa"/>
          </w:tcPr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1. Инвентаризация и выявление неиспользуемых и исп</w:t>
            </w:r>
            <w:r w:rsidR="00054828">
              <w:rPr>
                <w:rFonts w:cs="Times New Roman"/>
                <w:szCs w:val="24"/>
                <w:lang w:val="ru-RU"/>
              </w:rPr>
              <w:t>ользуемых с нарушениями земель.</w:t>
            </w:r>
          </w:p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2. Выявление и учёт очагов произрастания опасных видов ин</w:t>
            </w:r>
            <w:r w:rsidR="00054828">
              <w:rPr>
                <w:rFonts w:cs="Times New Roman"/>
                <w:szCs w:val="24"/>
                <w:lang w:val="ru-RU"/>
              </w:rPr>
              <w:t>вазивных (чужеродных) растений.</w:t>
            </w:r>
          </w:p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3. Организация мероприятий по уничтожению инвазивных растений на землях общего пользования и информирование правообладателей земельных участков об обязанност</w:t>
            </w:r>
            <w:r w:rsidR="00054828">
              <w:rPr>
                <w:rFonts w:cs="Times New Roman"/>
                <w:szCs w:val="24"/>
                <w:lang w:val="ru-RU"/>
              </w:rPr>
              <w:t>и проведения таких мероприятий.</w:t>
            </w:r>
          </w:p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4. Обеспечение своевременного и полного поступления доходов от использования земель (налог на имущество, а</w:t>
            </w:r>
            <w:r w:rsidR="00054828">
              <w:rPr>
                <w:rFonts w:cs="Times New Roman"/>
                <w:szCs w:val="24"/>
                <w:lang w:val="ru-RU"/>
              </w:rPr>
              <w:t>рендная плата).</w:t>
            </w:r>
          </w:p>
          <w:p w:rsidR="0016745F" w:rsidRP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054828">
              <w:rPr>
                <w:rFonts w:cs="Times New Roman"/>
                <w:szCs w:val="24"/>
                <w:lang w:val="ru-RU"/>
              </w:rPr>
              <w:t>5. Осуществление муниципального земельного контроля в установленном порядке</w:t>
            </w:r>
          </w:p>
        </w:tc>
      </w:tr>
      <w:tr w:rsidR="0016745F" w:rsidRPr="00484A42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lastRenderedPageBreak/>
              <w:t>Сроки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реализации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8067" w:type="dxa"/>
          </w:tcPr>
          <w:p w:rsidR="0016745F" w:rsidRPr="00484A42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2026–2030 годы</w:t>
            </w:r>
          </w:p>
        </w:tc>
      </w:tr>
      <w:tr w:rsidR="0016745F" w:rsidRPr="00AE4AC9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Ресурсное обеспечение программы</w:t>
            </w:r>
          </w:p>
        </w:tc>
        <w:tc>
          <w:tcPr>
            <w:tcW w:w="8067" w:type="dxa"/>
          </w:tcPr>
          <w:p w:rsidR="0016745F" w:rsidRPr="00484A42" w:rsidRDefault="000F1147" w:rsidP="00AE4AC9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Финансирование осуществляется за счёт средств местного бюджета. Общий объём финансировани</w:t>
            </w:r>
            <w:r w:rsidR="00AE4AC9">
              <w:rPr>
                <w:rFonts w:cs="Times New Roman"/>
                <w:szCs w:val="24"/>
                <w:lang w:val="ru-RU"/>
              </w:rPr>
              <w:t>я на 2026–2030 годы составляет 20</w:t>
            </w:r>
            <w:r w:rsidRPr="00484A42">
              <w:rPr>
                <w:rFonts w:cs="Times New Roman"/>
                <w:szCs w:val="24"/>
                <w:lang w:val="ru-RU"/>
              </w:rPr>
              <w:t xml:space="preserve"> </w:t>
            </w:r>
            <w:r w:rsidR="00054828">
              <w:rPr>
                <w:rFonts w:cs="Times New Roman"/>
                <w:szCs w:val="24"/>
                <w:lang w:val="ru-RU"/>
              </w:rPr>
              <w:t>000 рублей</w:t>
            </w:r>
            <w:r w:rsidRPr="00484A42">
              <w:rPr>
                <w:rFonts w:cs="Times New Roman"/>
                <w:szCs w:val="24"/>
                <w:lang w:val="ru-RU"/>
              </w:rPr>
              <w:t xml:space="preserve">, в том числе по </w:t>
            </w:r>
            <w:r w:rsidR="00AE4AC9">
              <w:rPr>
                <w:rFonts w:cs="Times New Roman"/>
                <w:szCs w:val="24"/>
                <w:lang w:val="ru-RU"/>
              </w:rPr>
              <w:t>4</w:t>
            </w:r>
            <w:r w:rsidRPr="00484A42">
              <w:rPr>
                <w:rFonts w:cs="Times New Roman"/>
                <w:szCs w:val="24"/>
                <w:lang w:val="ru-RU"/>
              </w:rPr>
              <w:t xml:space="preserve"> 000 рублей ежегодно (см. раздел 4)</w:t>
            </w:r>
          </w:p>
        </w:tc>
      </w:tr>
      <w:tr w:rsidR="0016745F" w:rsidRPr="00AE4AC9" w:rsidTr="00054828">
        <w:tc>
          <w:tcPr>
            <w:tcW w:w="1822" w:type="dxa"/>
          </w:tcPr>
          <w:p w:rsidR="0016745F" w:rsidRPr="00484A42" w:rsidRDefault="000F1147" w:rsidP="00054828">
            <w:pPr>
              <w:spacing w:after="0"/>
              <w:ind w:firstLine="142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t>Ожидаемые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результаты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реализации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8067" w:type="dxa"/>
          </w:tcPr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1. Проведение инвентаризации земель на террито</w:t>
            </w:r>
            <w:r w:rsidR="00054828">
              <w:rPr>
                <w:rFonts w:cs="Times New Roman"/>
                <w:szCs w:val="24"/>
                <w:lang w:val="ru-RU"/>
              </w:rPr>
              <w:t>рии муниципального образования.</w:t>
            </w:r>
          </w:p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2. Выявление и ликвидация очагов произрастания борщевика Сосновского и иных инвазивных растени</w:t>
            </w:r>
            <w:r w:rsidR="00054828">
              <w:rPr>
                <w:rFonts w:cs="Times New Roman"/>
                <w:szCs w:val="24"/>
                <w:lang w:val="ru-RU"/>
              </w:rPr>
              <w:t>й на землях общего пользования.</w:t>
            </w:r>
          </w:p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3. Информирование правообладателей земельных участков об обязанностях по охране земель и у</w:t>
            </w:r>
            <w:r w:rsidR="00054828">
              <w:rPr>
                <w:rFonts w:cs="Times New Roman"/>
                <w:szCs w:val="24"/>
                <w:lang w:val="ru-RU"/>
              </w:rPr>
              <w:t>ничтожению инвазивных растений.</w:t>
            </w:r>
          </w:p>
          <w:p w:rsid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4. Своевременное и полное поступление в бюджет д</w:t>
            </w:r>
            <w:r w:rsidR="00054828">
              <w:rPr>
                <w:rFonts w:cs="Times New Roman"/>
                <w:szCs w:val="24"/>
                <w:lang w:val="ru-RU"/>
              </w:rPr>
              <w:t>оходов от использования земель.</w:t>
            </w:r>
          </w:p>
          <w:p w:rsidR="0016745F" w:rsidRPr="00054828" w:rsidRDefault="000F1147" w:rsidP="00054828">
            <w:pPr>
              <w:spacing w:after="0"/>
              <w:ind w:firstLine="163"/>
              <w:jc w:val="both"/>
              <w:rPr>
                <w:rFonts w:cs="Times New Roman"/>
                <w:szCs w:val="24"/>
                <w:lang w:val="ru-RU"/>
              </w:rPr>
            </w:pPr>
            <w:r w:rsidRPr="00054828">
              <w:rPr>
                <w:rFonts w:cs="Times New Roman"/>
                <w:szCs w:val="24"/>
                <w:lang w:val="ru-RU"/>
              </w:rPr>
              <w:t>5. Снижение площадей зарастания земель опасными видами инвазивных растений</w:t>
            </w:r>
          </w:p>
        </w:tc>
      </w:tr>
    </w:tbl>
    <w:p w:rsidR="00054828" w:rsidRDefault="00054828" w:rsidP="00484A42">
      <w:pPr>
        <w:spacing w:after="0" w:line="240" w:lineRule="auto"/>
        <w:ind w:firstLine="0"/>
        <w:rPr>
          <w:rFonts w:cs="Times New Roman"/>
          <w:b/>
          <w:szCs w:val="24"/>
          <w:lang w:val="ru-RU"/>
        </w:rPr>
      </w:pPr>
    </w:p>
    <w:p w:rsidR="0016745F" w:rsidRPr="00484A42" w:rsidRDefault="000F1147" w:rsidP="00054828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  <w:r w:rsidRPr="00484A42">
        <w:rPr>
          <w:rFonts w:cs="Times New Roman"/>
          <w:b/>
          <w:szCs w:val="24"/>
          <w:lang w:val="ru-RU"/>
        </w:rPr>
        <w:t>2. Содержание проблемы и обоснование необходимости решения программными методами</w:t>
      </w:r>
    </w:p>
    <w:p w:rsidR="00054828" w:rsidRDefault="00054828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Земля — важнейшая часть биосферы и основа жизнедеятельности населения. Нерациональное использование земель приводит к деградации почв, эрозии, загрязнению, снижению плодородия и ухудшению экологической обстановки.</w:t>
      </w: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С 1 марта 2026 года вступил в силу Федеральный закон от 31.07.2025 № 294-ФЗ, которым внесены изменения в Земельный кодекс Российской Федерации и Федеральный закон от 10.01.2002 № 7-ФЗ «Об охране окружающей среды». Указанным законом закреплена обязанность правообладателей земельных участков всех категорий проводить мероприятия по охране земель от произрастания на них опасных видов инвазивных (чужеродных) растений и их уничтожению. Перечни опасных видов инвазивных растений устанавливаются нормативными правовыми актами субъектов Российской Федерации.</w:t>
      </w: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 xml:space="preserve">На территории Никольского сельсовета особую актуальность приобретает распространение борщевика Сосновского: растение агрессивно захватывает </w:t>
      </w:r>
      <w:proofErr w:type="spellStart"/>
      <w:r w:rsidRPr="00484A42">
        <w:rPr>
          <w:rFonts w:cs="Times New Roman"/>
          <w:szCs w:val="24"/>
          <w:lang w:val="ru-RU"/>
        </w:rPr>
        <w:t>сельхозугодья</w:t>
      </w:r>
      <w:proofErr w:type="spellEnd"/>
      <w:r w:rsidRPr="00484A42">
        <w:rPr>
          <w:rFonts w:cs="Times New Roman"/>
          <w:szCs w:val="24"/>
          <w:lang w:val="ru-RU"/>
        </w:rPr>
        <w:t xml:space="preserve"> и земли общего пользования, снижает продуктивность земель, представляет опасность для здоровья людей и животных. Приказом Министерства природных ресурсов, экологии и имущественных отношений Оренбургской области от 16.06.2026 № 246 утверждён Перечень опасных видов инвазивных (чужеродных) растений, в который включены борщевик Сосновского, </w:t>
      </w:r>
      <w:proofErr w:type="spellStart"/>
      <w:r w:rsidRPr="00484A42">
        <w:rPr>
          <w:rFonts w:cs="Times New Roman"/>
          <w:szCs w:val="24"/>
          <w:lang w:val="ru-RU"/>
        </w:rPr>
        <w:t>эхиноцистис</w:t>
      </w:r>
      <w:proofErr w:type="spellEnd"/>
      <w:r w:rsidRPr="00484A42">
        <w:rPr>
          <w:rFonts w:cs="Times New Roman"/>
          <w:szCs w:val="24"/>
          <w:lang w:val="ru-RU"/>
        </w:rPr>
        <w:t xml:space="preserve"> лопастный и ячмень гривастый.</w:t>
      </w: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Для системного решения проблемы требуется комплекс мер: выявление очагов, применение агротехнических и химических способов борьбы, контроль повторных зарастаний, информирование населения. Программа направлена на создание условий для рационального использования и охраны земель, предотвращение их деградации, а также на снижение рисков, связанных с распространением инвазивных видов растений.</w:t>
      </w:r>
    </w:p>
    <w:p w:rsidR="00054828" w:rsidRDefault="00054828" w:rsidP="00484A42">
      <w:pPr>
        <w:spacing w:after="0" w:line="240" w:lineRule="auto"/>
        <w:ind w:firstLine="0"/>
        <w:rPr>
          <w:rFonts w:cs="Times New Roman"/>
          <w:b/>
          <w:szCs w:val="24"/>
          <w:lang w:val="ru-RU"/>
        </w:rPr>
      </w:pPr>
    </w:p>
    <w:p w:rsidR="0016745F" w:rsidRPr="00484A42" w:rsidRDefault="000F1147" w:rsidP="00054828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  <w:r w:rsidRPr="00484A42">
        <w:rPr>
          <w:rFonts w:cs="Times New Roman"/>
          <w:b/>
          <w:szCs w:val="24"/>
          <w:lang w:val="ru-RU"/>
        </w:rPr>
        <w:t>3. Цели и задачи программы</w:t>
      </w:r>
    </w:p>
    <w:p w:rsidR="00054828" w:rsidRDefault="00054828" w:rsidP="00484A42">
      <w:pPr>
        <w:spacing w:after="0" w:line="240" w:lineRule="auto"/>
        <w:rPr>
          <w:rFonts w:cs="Times New Roman"/>
          <w:szCs w:val="24"/>
          <w:lang w:val="ru-RU"/>
        </w:rPr>
      </w:pP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 xml:space="preserve">Целью программы является создание условий для рационального использования и охраны земель на территории </w:t>
      </w:r>
      <w:r w:rsidR="00054828" w:rsidRPr="00484A42">
        <w:rPr>
          <w:rFonts w:cs="Times New Roman"/>
          <w:szCs w:val="24"/>
          <w:lang w:val="ru-RU"/>
        </w:rPr>
        <w:t>муниципального образования</w:t>
      </w:r>
      <w:r w:rsidR="00054828">
        <w:rPr>
          <w:rFonts w:cs="Times New Roman"/>
          <w:szCs w:val="24"/>
          <w:lang w:val="ru-RU"/>
        </w:rPr>
        <w:t xml:space="preserve"> сельское </w:t>
      </w:r>
      <w:proofErr w:type="gramStart"/>
      <w:r w:rsidR="00054828">
        <w:rPr>
          <w:rFonts w:cs="Times New Roman"/>
          <w:szCs w:val="24"/>
          <w:lang w:val="ru-RU"/>
        </w:rPr>
        <w:t xml:space="preserve">поселение </w:t>
      </w:r>
      <w:r w:rsidR="00054828" w:rsidRPr="00484A42">
        <w:rPr>
          <w:rFonts w:cs="Times New Roman"/>
          <w:szCs w:val="24"/>
          <w:lang w:val="ru-RU"/>
        </w:rPr>
        <w:t xml:space="preserve"> </w:t>
      </w:r>
      <w:proofErr w:type="spellStart"/>
      <w:r w:rsidR="00AE4AC9">
        <w:rPr>
          <w:rFonts w:cs="Times New Roman"/>
          <w:szCs w:val="24"/>
          <w:lang w:val="ru-RU"/>
        </w:rPr>
        <w:lastRenderedPageBreak/>
        <w:t>Новоюласенский</w:t>
      </w:r>
      <w:proofErr w:type="spellEnd"/>
      <w:proofErr w:type="gramEnd"/>
      <w:r w:rsidR="00054828" w:rsidRPr="00484A42">
        <w:rPr>
          <w:rFonts w:cs="Times New Roman"/>
          <w:szCs w:val="24"/>
          <w:lang w:val="ru-RU"/>
        </w:rPr>
        <w:t xml:space="preserve"> сельсовет Красногвардейского</w:t>
      </w:r>
      <w:r w:rsidR="00054828">
        <w:rPr>
          <w:rFonts w:cs="Times New Roman"/>
          <w:szCs w:val="24"/>
          <w:lang w:val="ru-RU"/>
        </w:rPr>
        <w:t xml:space="preserve"> муниципального</w:t>
      </w:r>
      <w:r w:rsidR="00054828" w:rsidRPr="00484A42">
        <w:rPr>
          <w:rFonts w:cs="Times New Roman"/>
          <w:szCs w:val="24"/>
          <w:lang w:val="ru-RU"/>
        </w:rPr>
        <w:t xml:space="preserve"> района Оренбургской области</w:t>
      </w:r>
      <w:r w:rsidRPr="00484A42">
        <w:rPr>
          <w:rFonts w:cs="Times New Roman"/>
          <w:szCs w:val="24"/>
          <w:lang w:val="ru-RU"/>
        </w:rPr>
        <w:t>, предотвращение деградации, загрязнения и захламления земель.</w:t>
      </w: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Задачами программы являются: инвентаризация земель, выявление очагов произрастания опасных видов инвазивных (чужеродных) растений, организация и проведение мероприятий по их уничтожению на землях общего пользования, информирование правообладателей земельных участков о возложенных на них обязанностях, осуществление муниципального земельного контроля.</w:t>
      </w:r>
    </w:p>
    <w:p w:rsidR="00054828" w:rsidRDefault="00054828" w:rsidP="00484A42">
      <w:pPr>
        <w:spacing w:after="0" w:line="240" w:lineRule="auto"/>
        <w:ind w:firstLine="0"/>
        <w:rPr>
          <w:rFonts w:cs="Times New Roman"/>
          <w:b/>
          <w:szCs w:val="24"/>
          <w:lang w:val="ru-RU"/>
        </w:rPr>
      </w:pPr>
    </w:p>
    <w:p w:rsidR="0016745F" w:rsidRPr="00484A42" w:rsidRDefault="000F1147" w:rsidP="00054828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  <w:r w:rsidRPr="00484A42">
        <w:rPr>
          <w:rFonts w:cs="Times New Roman"/>
          <w:b/>
          <w:szCs w:val="24"/>
          <w:lang w:val="ru-RU"/>
        </w:rPr>
        <w:t>4. Ресурсное обеспечение программы</w:t>
      </w:r>
    </w:p>
    <w:p w:rsidR="00054828" w:rsidRDefault="00054828" w:rsidP="00484A42">
      <w:pPr>
        <w:spacing w:after="0" w:line="240" w:lineRule="auto"/>
        <w:rPr>
          <w:rFonts w:cs="Times New Roman"/>
          <w:szCs w:val="24"/>
          <w:lang w:val="ru-RU"/>
        </w:rPr>
      </w:pP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Финансирование мероприятий программы осуществляется за счёт средств местного бюджета. Общий объём финансирования на 2026–203</w:t>
      </w:r>
      <w:r w:rsidR="00054828">
        <w:rPr>
          <w:rFonts w:cs="Times New Roman"/>
          <w:szCs w:val="24"/>
          <w:lang w:val="ru-RU"/>
        </w:rPr>
        <w:t>0 годы составляет 10 000 рублей.</w:t>
      </w:r>
    </w:p>
    <w:p w:rsidR="0016745F" w:rsidRPr="00484A42" w:rsidRDefault="000F1147" w:rsidP="00054828">
      <w:pPr>
        <w:spacing w:after="0" w:line="240" w:lineRule="auto"/>
        <w:ind w:firstLine="0"/>
        <w:jc w:val="both"/>
        <w:rPr>
          <w:rFonts w:cs="Times New Roman"/>
          <w:szCs w:val="24"/>
        </w:rPr>
      </w:pPr>
      <w:proofErr w:type="spellStart"/>
      <w:r w:rsidRPr="00484A42">
        <w:rPr>
          <w:rFonts w:cs="Times New Roman"/>
          <w:szCs w:val="24"/>
        </w:rPr>
        <w:t>Финансирование</w:t>
      </w:r>
      <w:proofErr w:type="spellEnd"/>
      <w:r w:rsidRPr="00484A42">
        <w:rPr>
          <w:rFonts w:cs="Times New Roman"/>
          <w:szCs w:val="24"/>
        </w:rPr>
        <w:t xml:space="preserve"> </w:t>
      </w:r>
      <w:proofErr w:type="spellStart"/>
      <w:r w:rsidRPr="00484A42">
        <w:rPr>
          <w:rFonts w:cs="Times New Roman"/>
          <w:szCs w:val="24"/>
        </w:rPr>
        <w:t>по</w:t>
      </w:r>
      <w:proofErr w:type="spellEnd"/>
      <w:r w:rsidRPr="00484A42">
        <w:rPr>
          <w:rFonts w:cs="Times New Roman"/>
          <w:szCs w:val="24"/>
        </w:rPr>
        <w:t xml:space="preserve"> </w:t>
      </w:r>
      <w:proofErr w:type="spellStart"/>
      <w:r w:rsidRPr="00484A42">
        <w:rPr>
          <w:rFonts w:cs="Times New Roman"/>
          <w:szCs w:val="24"/>
        </w:rPr>
        <w:t>годам</w:t>
      </w:r>
      <w:proofErr w:type="spellEnd"/>
      <w:r w:rsidRPr="00484A42">
        <w:rPr>
          <w:rFonts w:cs="Times New Roman"/>
          <w:szCs w:val="24"/>
        </w:rPr>
        <w:t>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2"/>
        <w:gridCol w:w="4837"/>
      </w:tblGrid>
      <w:tr w:rsidR="0016745F" w:rsidRPr="00484A42" w:rsidTr="00054828">
        <w:trPr>
          <w:trHeight w:val="542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Год реализации программы</w:t>
            </w:r>
          </w:p>
        </w:tc>
        <w:tc>
          <w:tcPr>
            <w:tcW w:w="4907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Объём финансирования, рублей</w:t>
            </w:r>
          </w:p>
        </w:tc>
      </w:tr>
      <w:tr w:rsidR="0016745F" w:rsidRPr="00484A42" w:rsidTr="00054828">
        <w:trPr>
          <w:trHeight w:val="271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2026 год</w:t>
            </w:r>
          </w:p>
        </w:tc>
        <w:tc>
          <w:tcPr>
            <w:tcW w:w="4907" w:type="dxa"/>
          </w:tcPr>
          <w:p w:rsidR="0016745F" w:rsidRPr="00484A42" w:rsidRDefault="00AE4AC9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  <w:r w:rsidR="000F1147" w:rsidRPr="00484A42">
              <w:rPr>
                <w:rFonts w:cs="Times New Roman"/>
                <w:szCs w:val="24"/>
              </w:rPr>
              <w:t xml:space="preserve"> 000</w:t>
            </w:r>
          </w:p>
        </w:tc>
      </w:tr>
      <w:tr w:rsidR="0016745F" w:rsidRPr="00484A42" w:rsidTr="00054828">
        <w:trPr>
          <w:trHeight w:val="259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2027 год</w:t>
            </w:r>
          </w:p>
        </w:tc>
        <w:tc>
          <w:tcPr>
            <w:tcW w:w="4907" w:type="dxa"/>
          </w:tcPr>
          <w:p w:rsidR="0016745F" w:rsidRPr="00484A42" w:rsidRDefault="00AE4AC9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  <w:r w:rsidR="000F1147" w:rsidRPr="00484A42">
              <w:rPr>
                <w:rFonts w:cs="Times New Roman"/>
                <w:szCs w:val="24"/>
              </w:rPr>
              <w:t xml:space="preserve"> 000</w:t>
            </w:r>
          </w:p>
        </w:tc>
      </w:tr>
      <w:tr w:rsidR="0016745F" w:rsidRPr="00484A42" w:rsidTr="00054828">
        <w:trPr>
          <w:trHeight w:val="271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2028 год</w:t>
            </w:r>
          </w:p>
        </w:tc>
        <w:tc>
          <w:tcPr>
            <w:tcW w:w="4907" w:type="dxa"/>
          </w:tcPr>
          <w:p w:rsidR="0016745F" w:rsidRPr="00484A42" w:rsidRDefault="00AE4AC9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  <w:r w:rsidR="000F1147" w:rsidRPr="00484A42">
              <w:rPr>
                <w:rFonts w:cs="Times New Roman"/>
                <w:szCs w:val="24"/>
              </w:rPr>
              <w:t xml:space="preserve"> 000</w:t>
            </w:r>
          </w:p>
        </w:tc>
      </w:tr>
      <w:tr w:rsidR="0016745F" w:rsidRPr="00484A42" w:rsidTr="00054828">
        <w:trPr>
          <w:trHeight w:val="271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2029 год</w:t>
            </w:r>
          </w:p>
        </w:tc>
        <w:tc>
          <w:tcPr>
            <w:tcW w:w="4907" w:type="dxa"/>
          </w:tcPr>
          <w:p w:rsidR="0016745F" w:rsidRPr="00484A42" w:rsidRDefault="00AE4AC9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  <w:r w:rsidR="000F1147" w:rsidRPr="00484A42">
              <w:rPr>
                <w:rFonts w:cs="Times New Roman"/>
                <w:szCs w:val="24"/>
              </w:rPr>
              <w:t xml:space="preserve"> 000</w:t>
            </w:r>
          </w:p>
        </w:tc>
      </w:tr>
      <w:tr w:rsidR="0016745F" w:rsidRPr="00484A42" w:rsidTr="00054828">
        <w:trPr>
          <w:trHeight w:val="271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2030 год</w:t>
            </w:r>
          </w:p>
        </w:tc>
        <w:tc>
          <w:tcPr>
            <w:tcW w:w="4907" w:type="dxa"/>
          </w:tcPr>
          <w:p w:rsidR="0016745F" w:rsidRPr="00484A42" w:rsidRDefault="00AE4AC9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  <w:r w:rsidR="000F1147" w:rsidRPr="00484A42">
              <w:rPr>
                <w:rFonts w:cs="Times New Roman"/>
                <w:szCs w:val="24"/>
              </w:rPr>
              <w:t xml:space="preserve"> 000</w:t>
            </w:r>
          </w:p>
        </w:tc>
      </w:tr>
      <w:tr w:rsidR="0016745F" w:rsidRPr="00484A42" w:rsidTr="00054828">
        <w:trPr>
          <w:trHeight w:val="283"/>
        </w:trPr>
        <w:tc>
          <w:tcPr>
            <w:tcW w:w="4928" w:type="dxa"/>
          </w:tcPr>
          <w:p w:rsidR="0016745F" w:rsidRPr="00484A42" w:rsidRDefault="000F1147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Итого</w:t>
            </w:r>
          </w:p>
        </w:tc>
        <w:tc>
          <w:tcPr>
            <w:tcW w:w="4907" w:type="dxa"/>
          </w:tcPr>
          <w:p w:rsidR="0016745F" w:rsidRPr="00484A42" w:rsidRDefault="00AE4AC9" w:rsidP="00054828">
            <w:pPr>
              <w:spacing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</w:t>
            </w:r>
            <w:r w:rsidR="000F1147" w:rsidRPr="00484A42">
              <w:rPr>
                <w:rFonts w:cs="Times New Roman"/>
                <w:szCs w:val="24"/>
              </w:rPr>
              <w:t>0 000</w:t>
            </w:r>
          </w:p>
        </w:tc>
      </w:tr>
    </w:tbl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 xml:space="preserve">Объёмы бюджетных средств носят прогнозный характер и подлежат ежегодному уточнению при формировании бюджета муниципального образования </w:t>
      </w:r>
      <w:proofErr w:type="spellStart"/>
      <w:r w:rsidR="00AE4AC9">
        <w:rPr>
          <w:rFonts w:cs="Times New Roman"/>
          <w:szCs w:val="24"/>
          <w:lang w:val="ru-RU"/>
        </w:rPr>
        <w:t>Новоюласенский</w:t>
      </w:r>
      <w:proofErr w:type="spellEnd"/>
      <w:r w:rsidRPr="00484A42">
        <w:rPr>
          <w:rFonts w:cs="Times New Roman"/>
          <w:szCs w:val="24"/>
          <w:lang w:val="ru-RU"/>
        </w:rPr>
        <w:t xml:space="preserve"> сельсовет. При необходимости привлечение дополнительных средств возможно за счёт целевых субсидий и межбюджетных трансфертов.</w:t>
      </w:r>
    </w:p>
    <w:p w:rsidR="0016745F" w:rsidRPr="00484A42" w:rsidRDefault="000F1147" w:rsidP="00054828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Предполагаемое направление расходования средств: проведение мероприятий по выявлению и уничтожению очагов произрастания опасных видов инвазивных (чужеродных) растений на землях общего пользования (</w:t>
      </w:r>
      <w:proofErr w:type="spellStart"/>
      <w:r w:rsidRPr="00484A42">
        <w:rPr>
          <w:rFonts w:cs="Times New Roman"/>
          <w:szCs w:val="24"/>
          <w:lang w:val="ru-RU"/>
        </w:rPr>
        <w:t>оплав</w:t>
      </w:r>
      <w:proofErr w:type="spellEnd"/>
      <w:r w:rsidRPr="00484A42">
        <w:rPr>
          <w:rFonts w:cs="Times New Roman"/>
          <w:szCs w:val="24"/>
          <w:lang w:val="ru-RU"/>
        </w:rPr>
        <w:t xml:space="preserve"> и оплата работ по скашиванию, ГСМ, доставка рабочих).</w:t>
      </w:r>
    </w:p>
    <w:p w:rsidR="00054828" w:rsidRDefault="00054828" w:rsidP="00484A42">
      <w:pPr>
        <w:spacing w:after="0" w:line="240" w:lineRule="auto"/>
        <w:ind w:firstLine="0"/>
        <w:rPr>
          <w:rFonts w:cs="Times New Roman"/>
          <w:b/>
          <w:szCs w:val="24"/>
          <w:lang w:val="ru-RU"/>
        </w:rPr>
      </w:pPr>
    </w:p>
    <w:p w:rsidR="0016745F" w:rsidRDefault="000F1147" w:rsidP="00194005">
      <w:pPr>
        <w:spacing w:after="0" w:line="240" w:lineRule="auto"/>
        <w:ind w:firstLine="0"/>
        <w:jc w:val="center"/>
        <w:rPr>
          <w:rFonts w:cs="Times New Roman"/>
          <w:b/>
          <w:szCs w:val="24"/>
          <w:lang w:val="ru-RU"/>
        </w:rPr>
      </w:pPr>
      <w:r w:rsidRPr="00484A42">
        <w:rPr>
          <w:rFonts w:cs="Times New Roman"/>
          <w:b/>
          <w:szCs w:val="24"/>
        </w:rPr>
        <w:t xml:space="preserve">5. </w:t>
      </w:r>
      <w:proofErr w:type="spellStart"/>
      <w:r w:rsidRPr="00484A42">
        <w:rPr>
          <w:rFonts w:cs="Times New Roman"/>
          <w:b/>
          <w:szCs w:val="24"/>
        </w:rPr>
        <w:t>Перечень</w:t>
      </w:r>
      <w:proofErr w:type="spellEnd"/>
      <w:r w:rsidRPr="00484A42">
        <w:rPr>
          <w:rFonts w:cs="Times New Roman"/>
          <w:b/>
          <w:szCs w:val="24"/>
        </w:rPr>
        <w:t xml:space="preserve"> </w:t>
      </w:r>
      <w:proofErr w:type="spellStart"/>
      <w:r w:rsidRPr="00484A42">
        <w:rPr>
          <w:rFonts w:cs="Times New Roman"/>
          <w:b/>
          <w:szCs w:val="24"/>
        </w:rPr>
        <w:t>целевых</w:t>
      </w:r>
      <w:proofErr w:type="spellEnd"/>
      <w:r w:rsidRPr="00484A42">
        <w:rPr>
          <w:rFonts w:cs="Times New Roman"/>
          <w:b/>
          <w:szCs w:val="24"/>
        </w:rPr>
        <w:t xml:space="preserve"> </w:t>
      </w:r>
      <w:proofErr w:type="spellStart"/>
      <w:r w:rsidRPr="00484A42">
        <w:rPr>
          <w:rFonts w:cs="Times New Roman"/>
          <w:b/>
          <w:szCs w:val="24"/>
        </w:rPr>
        <w:t>показателей</w:t>
      </w:r>
      <w:proofErr w:type="spellEnd"/>
      <w:r w:rsidRPr="00484A42">
        <w:rPr>
          <w:rFonts w:cs="Times New Roman"/>
          <w:b/>
          <w:szCs w:val="24"/>
        </w:rPr>
        <w:t xml:space="preserve"> </w:t>
      </w:r>
      <w:proofErr w:type="spellStart"/>
      <w:r w:rsidRPr="00484A42">
        <w:rPr>
          <w:rFonts w:cs="Times New Roman"/>
          <w:b/>
          <w:szCs w:val="24"/>
        </w:rPr>
        <w:t>программы</w:t>
      </w:r>
      <w:proofErr w:type="spellEnd"/>
    </w:p>
    <w:p w:rsidR="00054828" w:rsidRPr="00054828" w:rsidRDefault="00054828" w:rsidP="00484A42">
      <w:pPr>
        <w:spacing w:after="0" w:line="240" w:lineRule="auto"/>
        <w:ind w:firstLine="0"/>
        <w:rPr>
          <w:rFonts w:cs="Times New Roman"/>
          <w:szCs w:val="24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272"/>
        <w:gridCol w:w="4407"/>
      </w:tblGrid>
      <w:tr w:rsidR="0016745F" w:rsidRPr="00484A42" w:rsidTr="00054828">
        <w:trPr>
          <w:trHeight w:val="560"/>
        </w:trPr>
        <w:tc>
          <w:tcPr>
            <w:tcW w:w="5353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b/>
                <w:szCs w:val="24"/>
              </w:rPr>
              <w:t>Наименование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целевого</w:t>
            </w:r>
            <w:proofErr w:type="spellEnd"/>
            <w:r w:rsidRPr="00484A4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b/>
                <w:szCs w:val="24"/>
              </w:rPr>
              <w:t>показателя</w:t>
            </w:r>
            <w:proofErr w:type="spellEnd"/>
          </w:p>
        </w:tc>
        <w:tc>
          <w:tcPr>
            <w:tcW w:w="4489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Значение</w:t>
            </w:r>
          </w:p>
        </w:tc>
      </w:tr>
      <w:tr w:rsidR="0016745F" w:rsidRPr="00484A42" w:rsidTr="00054828">
        <w:trPr>
          <w:trHeight w:val="560"/>
        </w:trPr>
        <w:tc>
          <w:tcPr>
            <w:tcW w:w="5353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Площадь выявленных очагов произрастания инвазивных растений, га</w:t>
            </w:r>
          </w:p>
        </w:tc>
        <w:tc>
          <w:tcPr>
            <w:tcW w:w="4489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по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результатам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обследования</w:t>
            </w:r>
            <w:proofErr w:type="spellEnd"/>
          </w:p>
        </w:tc>
      </w:tr>
      <w:tr w:rsidR="0016745F" w:rsidRPr="00AE4AC9" w:rsidTr="00194005">
        <w:trPr>
          <w:trHeight w:val="541"/>
        </w:trPr>
        <w:tc>
          <w:tcPr>
            <w:tcW w:w="5353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Площадь ликвидированных очагов произрастания инвазивных растений, га</w:t>
            </w:r>
          </w:p>
        </w:tc>
        <w:tc>
          <w:tcPr>
            <w:tcW w:w="4489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не менее 90% от выявленных ежегодно</w:t>
            </w:r>
          </w:p>
        </w:tc>
      </w:tr>
      <w:tr w:rsidR="0016745F" w:rsidRPr="00484A42" w:rsidTr="00194005">
        <w:trPr>
          <w:trHeight w:val="832"/>
        </w:trPr>
        <w:tc>
          <w:tcPr>
            <w:tcW w:w="5353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Количество правообладателей земельных участков, проинформированных об обязанностях по охране земель</w:t>
            </w:r>
          </w:p>
        </w:tc>
        <w:tc>
          <w:tcPr>
            <w:tcW w:w="4489" w:type="dxa"/>
          </w:tcPr>
          <w:p w:rsidR="0016745F" w:rsidRPr="00484A42" w:rsidRDefault="000F1147" w:rsidP="00054828">
            <w:pPr>
              <w:spacing w:after="0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по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результатам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работы</w:t>
            </w:r>
            <w:proofErr w:type="spellEnd"/>
          </w:p>
        </w:tc>
      </w:tr>
    </w:tbl>
    <w:p w:rsidR="00194005" w:rsidRDefault="00194005" w:rsidP="00484A42">
      <w:pPr>
        <w:spacing w:after="0" w:line="240" w:lineRule="auto"/>
        <w:ind w:firstLine="0"/>
        <w:rPr>
          <w:rFonts w:cs="Times New Roman"/>
          <w:b/>
          <w:szCs w:val="24"/>
          <w:lang w:val="ru-RU"/>
        </w:rPr>
      </w:pPr>
    </w:p>
    <w:p w:rsidR="0016745F" w:rsidRDefault="000F1147" w:rsidP="00194005">
      <w:pPr>
        <w:spacing w:after="0" w:line="240" w:lineRule="auto"/>
        <w:ind w:firstLine="0"/>
        <w:jc w:val="center"/>
        <w:rPr>
          <w:rFonts w:cs="Times New Roman"/>
          <w:b/>
          <w:szCs w:val="24"/>
          <w:lang w:val="ru-RU"/>
        </w:rPr>
      </w:pPr>
      <w:r w:rsidRPr="00194005">
        <w:rPr>
          <w:rFonts w:cs="Times New Roman"/>
          <w:b/>
          <w:szCs w:val="24"/>
          <w:lang w:val="ru-RU"/>
        </w:rPr>
        <w:t>6. Перечень и описание программных мероприятий</w:t>
      </w:r>
    </w:p>
    <w:p w:rsidR="00194005" w:rsidRPr="00194005" w:rsidRDefault="00194005" w:rsidP="00484A42">
      <w:pPr>
        <w:spacing w:after="0" w:line="240" w:lineRule="auto"/>
        <w:ind w:firstLine="0"/>
        <w:rPr>
          <w:rFonts w:cs="Times New Roman"/>
          <w:szCs w:val="24"/>
          <w:lang w:val="ru-RU"/>
        </w:rPr>
      </w:pPr>
    </w:p>
    <w:tbl>
      <w:tblPr>
        <w:tblStyle w:val="aff0"/>
        <w:tblW w:w="9792" w:type="dxa"/>
        <w:tblLook w:val="04A0" w:firstRow="1" w:lastRow="0" w:firstColumn="1" w:lastColumn="0" w:noHBand="0" w:noVBand="1"/>
      </w:tblPr>
      <w:tblGrid>
        <w:gridCol w:w="635"/>
        <w:gridCol w:w="6419"/>
        <w:gridCol w:w="2738"/>
      </w:tblGrid>
      <w:tr w:rsidR="0016745F" w:rsidRPr="00484A42" w:rsidTr="00194005">
        <w:trPr>
          <w:trHeight w:val="147"/>
        </w:trPr>
        <w:tc>
          <w:tcPr>
            <w:tcW w:w="635" w:type="dxa"/>
          </w:tcPr>
          <w:p w:rsidR="0016745F" w:rsidRPr="00484A42" w:rsidRDefault="000F1147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№ п/п</w:t>
            </w:r>
          </w:p>
        </w:tc>
        <w:tc>
          <w:tcPr>
            <w:tcW w:w="6419" w:type="dxa"/>
          </w:tcPr>
          <w:p w:rsidR="0016745F" w:rsidRPr="00484A42" w:rsidRDefault="000F1147" w:rsidP="00194005">
            <w:pPr>
              <w:spacing w:after="0"/>
              <w:ind w:firstLine="74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Мероприятие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b/>
                <w:szCs w:val="24"/>
              </w:rPr>
              <w:t>Срок исполнения</w:t>
            </w:r>
          </w:p>
        </w:tc>
      </w:tr>
      <w:tr w:rsidR="0016745F" w:rsidRPr="00484A42" w:rsidTr="00194005">
        <w:trPr>
          <w:trHeight w:val="147"/>
        </w:trPr>
        <w:tc>
          <w:tcPr>
            <w:tcW w:w="635" w:type="dxa"/>
          </w:tcPr>
          <w:p w:rsidR="0016745F" w:rsidRPr="00484A42" w:rsidRDefault="000F1147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</w:rPr>
            </w:pPr>
            <w:r w:rsidRPr="00484A42">
              <w:rPr>
                <w:rFonts w:cs="Times New Roman"/>
                <w:szCs w:val="24"/>
              </w:rPr>
              <w:t>1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Инвентаризация земель на территории муниципального образования</w:t>
            </w:r>
            <w:r w:rsidR="00194005">
              <w:rPr>
                <w:rFonts w:cs="Times New Roman"/>
                <w:szCs w:val="24"/>
                <w:lang w:val="ru-RU"/>
              </w:rPr>
              <w:t xml:space="preserve"> сельское </w:t>
            </w:r>
            <w:proofErr w:type="gramStart"/>
            <w:r w:rsidR="00194005">
              <w:rPr>
                <w:rFonts w:cs="Times New Roman"/>
                <w:szCs w:val="24"/>
                <w:lang w:val="ru-RU"/>
              </w:rPr>
              <w:t xml:space="preserve">поселение </w:t>
            </w:r>
            <w:r w:rsidRPr="00484A42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="00AE4AC9">
              <w:rPr>
                <w:rFonts w:cs="Times New Roman"/>
                <w:szCs w:val="24"/>
                <w:lang w:val="ru-RU"/>
              </w:rPr>
              <w:t>Новоюласенский</w:t>
            </w:r>
            <w:proofErr w:type="spellEnd"/>
            <w:proofErr w:type="gramEnd"/>
            <w:r w:rsidRPr="00484A42">
              <w:rPr>
                <w:rFonts w:cs="Times New Roman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84A42">
              <w:rPr>
                <w:rFonts w:cs="Times New Roman"/>
                <w:szCs w:val="24"/>
              </w:rPr>
              <w:t>до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1 </w:t>
            </w:r>
            <w:proofErr w:type="spellStart"/>
            <w:r w:rsidRPr="00484A42">
              <w:rPr>
                <w:rFonts w:cs="Times New Roman"/>
                <w:szCs w:val="24"/>
              </w:rPr>
              <w:t>декабря</w:t>
            </w:r>
            <w:proofErr w:type="spellEnd"/>
          </w:p>
        </w:tc>
      </w:tr>
      <w:tr w:rsidR="00B41EDB" w:rsidRPr="00AE4AC9" w:rsidTr="00194005">
        <w:trPr>
          <w:trHeight w:val="147"/>
        </w:trPr>
        <w:tc>
          <w:tcPr>
            <w:tcW w:w="635" w:type="dxa"/>
          </w:tcPr>
          <w:p w:rsidR="00B41EDB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6419" w:type="dxa"/>
          </w:tcPr>
          <w:p w:rsidR="00B41EDB" w:rsidRPr="00B41EDB" w:rsidRDefault="00B41EDB" w:rsidP="00AE4AC9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B41EDB">
              <w:rPr>
                <w:rFonts w:eastAsia="Times New Roman"/>
                <w:szCs w:val="24"/>
                <w:lang w:val="ru-RU"/>
              </w:rPr>
              <w:t>Организация мероприятий по очистке земель от мусора, ликвидация несанкционированных свалок ТБО в черте населённ</w:t>
            </w:r>
            <w:r w:rsidR="00AE4AC9">
              <w:rPr>
                <w:rFonts w:eastAsia="Times New Roman"/>
                <w:szCs w:val="24"/>
                <w:lang w:val="ru-RU"/>
              </w:rPr>
              <w:t>ого</w:t>
            </w:r>
            <w:r w:rsidRPr="00B41EDB">
              <w:rPr>
                <w:rFonts w:eastAsia="Times New Roman"/>
                <w:szCs w:val="24"/>
                <w:lang w:val="ru-RU"/>
              </w:rPr>
              <w:t xml:space="preserve"> пункт</w:t>
            </w:r>
            <w:r w:rsidR="00AE4AC9">
              <w:rPr>
                <w:rFonts w:eastAsia="Times New Roman"/>
                <w:szCs w:val="24"/>
                <w:lang w:val="ru-RU"/>
              </w:rPr>
              <w:t>а</w:t>
            </w:r>
            <w:bookmarkStart w:id="0" w:name="_GoBack"/>
            <w:bookmarkEnd w:id="0"/>
          </w:p>
        </w:tc>
        <w:tc>
          <w:tcPr>
            <w:tcW w:w="2738" w:type="dxa"/>
          </w:tcPr>
          <w:p w:rsidR="00B41EDB" w:rsidRPr="00B41EDB" w:rsidRDefault="00B41EDB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  <w:lang w:val="ru-RU"/>
              </w:rPr>
            </w:pPr>
            <w:r w:rsidRPr="00B41EDB">
              <w:rPr>
                <w:rFonts w:eastAsia="Times New Roman"/>
                <w:szCs w:val="24"/>
                <w:lang w:val="ru-RU"/>
              </w:rPr>
              <w:t>не реже 1 раза в полугодие</w:t>
            </w:r>
          </w:p>
        </w:tc>
      </w:tr>
      <w:tr w:rsidR="00B41EDB" w:rsidRPr="00B41EDB" w:rsidTr="00194005">
        <w:trPr>
          <w:trHeight w:val="147"/>
        </w:trPr>
        <w:tc>
          <w:tcPr>
            <w:tcW w:w="635" w:type="dxa"/>
          </w:tcPr>
          <w:p w:rsidR="00B41EDB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3</w:t>
            </w:r>
          </w:p>
        </w:tc>
        <w:tc>
          <w:tcPr>
            <w:tcW w:w="6419" w:type="dxa"/>
          </w:tcPr>
          <w:p w:rsidR="00B41EDB" w:rsidRPr="00B41EDB" w:rsidRDefault="00B41EDB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B41EDB">
              <w:rPr>
                <w:rFonts w:eastAsia="Times New Roman"/>
                <w:szCs w:val="24"/>
                <w:lang w:val="ru-RU"/>
              </w:rPr>
              <w:t>Выявление фактов самовольного занятия земельных участков, принятие мер по устранению нарушений</w:t>
            </w:r>
          </w:p>
        </w:tc>
        <w:tc>
          <w:tcPr>
            <w:tcW w:w="2738" w:type="dxa"/>
          </w:tcPr>
          <w:p w:rsidR="00B41EDB" w:rsidRPr="00B41EDB" w:rsidRDefault="00B41EDB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FC58F6">
              <w:rPr>
                <w:rFonts w:eastAsia="Times New Roman"/>
                <w:szCs w:val="24"/>
              </w:rPr>
              <w:t>постоянно</w:t>
            </w:r>
            <w:proofErr w:type="spellEnd"/>
          </w:p>
        </w:tc>
      </w:tr>
      <w:tr w:rsidR="00B41EDB" w:rsidRPr="00B41EDB" w:rsidTr="00194005">
        <w:trPr>
          <w:trHeight w:val="147"/>
        </w:trPr>
        <w:tc>
          <w:tcPr>
            <w:tcW w:w="635" w:type="dxa"/>
          </w:tcPr>
          <w:p w:rsidR="00B41EDB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4</w:t>
            </w:r>
          </w:p>
        </w:tc>
        <w:tc>
          <w:tcPr>
            <w:tcW w:w="6419" w:type="dxa"/>
          </w:tcPr>
          <w:p w:rsidR="00B41EDB" w:rsidRPr="00B41EDB" w:rsidRDefault="00B41EDB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B41EDB">
              <w:rPr>
                <w:rFonts w:eastAsia="Times New Roman"/>
                <w:szCs w:val="24"/>
                <w:lang w:val="ru-RU"/>
              </w:rPr>
              <w:t>Выявление пустующих и нерационально используемых земель, вовлечение их в хозяйственный оборот</w:t>
            </w:r>
          </w:p>
        </w:tc>
        <w:tc>
          <w:tcPr>
            <w:tcW w:w="2738" w:type="dxa"/>
          </w:tcPr>
          <w:p w:rsidR="00B41EDB" w:rsidRPr="00B41EDB" w:rsidRDefault="00B41EDB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FC58F6">
              <w:rPr>
                <w:rFonts w:eastAsia="Times New Roman"/>
                <w:szCs w:val="24"/>
              </w:rPr>
              <w:t>постоянно</w:t>
            </w:r>
            <w:proofErr w:type="spellEnd"/>
          </w:p>
        </w:tc>
      </w:tr>
      <w:tr w:rsidR="00B41EDB" w:rsidRPr="00B41EDB" w:rsidTr="00194005">
        <w:trPr>
          <w:trHeight w:val="147"/>
        </w:trPr>
        <w:tc>
          <w:tcPr>
            <w:tcW w:w="635" w:type="dxa"/>
          </w:tcPr>
          <w:p w:rsidR="00B41EDB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5</w:t>
            </w:r>
          </w:p>
        </w:tc>
        <w:tc>
          <w:tcPr>
            <w:tcW w:w="6419" w:type="dxa"/>
          </w:tcPr>
          <w:p w:rsidR="00B41EDB" w:rsidRPr="00B41EDB" w:rsidRDefault="00B41EDB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B41EDB">
              <w:rPr>
                <w:rFonts w:eastAsia="Times New Roman"/>
                <w:szCs w:val="24"/>
                <w:lang w:val="ru-RU"/>
              </w:rPr>
              <w:t>Мероприятия по предотвращению уничтожения, самовольного снятия и перемещения плодородного слоя, порчи земель при обращении с опасными веществами и отходами</w:t>
            </w:r>
          </w:p>
        </w:tc>
        <w:tc>
          <w:tcPr>
            <w:tcW w:w="2738" w:type="dxa"/>
          </w:tcPr>
          <w:p w:rsidR="00B41EDB" w:rsidRPr="00B41EDB" w:rsidRDefault="00B41EDB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FC58F6">
              <w:rPr>
                <w:rFonts w:eastAsia="Times New Roman"/>
                <w:szCs w:val="24"/>
              </w:rPr>
              <w:t>постоянно</w:t>
            </w:r>
            <w:proofErr w:type="spellEnd"/>
          </w:p>
        </w:tc>
      </w:tr>
      <w:tr w:rsidR="0016745F" w:rsidRPr="00AE4AC9" w:rsidTr="00194005">
        <w:trPr>
          <w:trHeight w:val="147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6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 xml:space="preserve">Обследование земель общего пользования на предмет выявления очагов произрастания борщевика Сосновского, </w:t>
            </w:r>
            <w:proofErr w:type="spellStart"/>
            <w:r w:rsidRPr="00484A42">
              <w:rPr>
                <w:rFonts w:cs="Times New Roman"/>
                <w:szCs w:val="24"/>
                <w:lang w:val="ru-RU"/>
              </w:rPr>
              <w:t>эхиноцистиса</w:t>
            </w:r>
            <w:proofErr w:type="spellEnd"/>
            <w:r w:rsidRPr="00484A42">
              <w:rPr>
                <w:rFonts w:cs="Times New Roman"/>
                <w:szCs w:val="24"/>
                <w:lang w:val="ru-RU"/>
              </w:rPr>
              <w:t xml:space="preserve"> лопастного, ячменя гривастого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ежегодно, в период вегетации (май–сентябрь)</w:t>
            </w:r>
          </w:p>
        </w:tc>
      </w:tr>
      <w:tr w:rsidR="0016745F" w:rsidRPr="00484A42" w:rsidTr="00194005">
        <w:trPr>
          <w:trHeight w:val="843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7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Скашивание и уничтожение инвазивных растений на землях общего пользования (не менее 2–3 укосов за сезон, до цветения и обсеменения)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84A42">
              <w:rPr>
                <w:rFonts w:cs="Times New Roman"/>
                <w:szCs w:val="24"/>
              </w:rPr>
              <w:t>май</w:t>
            </w:r>
            <w:proofErr w:type="spellEnd"/>
            <w:r w:rsidRPr="00484A42">
              <w:rPr>
                <w:rFonts w:cs="Times New Roman"/>
                <w:szCs w:val="24"/>
              </w:rPr>
              <w:t>–</w:t>
            </w:r>
            <w:proofErr w:type="spellStart"/>
            <w:r w:rsidRPr="00484A42">
              <w:rPr>
                <w:rFonts w:cs="Times New Roman"/>
                <w:szCs w:val="24"/>
              </w:rPr>
              <w:t>август</w:t>
            </w:r>
            <w:proofErr w:type="spellEnd"/>
          </w:p>
        </w:tc>
      </w:tr>
      <w:tr w:rsidR="0016745F" w:rsidRPr="00484A42" w:rsidTr="00194005">
        <w:trPr>
          <w:trHeight w:val="1111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8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Направление правообладателям земельных участков информации об обязанности проведения мероприятий по уничтожению инвазивных растений (ч. 1 ст. 50.1 ФЗ от 10.01.2002 № 7-ФЗ)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в </w:t>
            </w:r>
            <w:proofErr w:type="spellStart"/>
            <w:r w:rsidRPr="00484A42">
              <w:rPr>
                <w:rFonts w:cs="Times New Roman"/>
                <w:szCs w:val="24"/>
              </w:rPr>
              <w:t>течение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года</w:t>
            </w:r>
            <w:proofErr w:type="spellEnd"/>
          </w:p>
        </w:tc>
      </w:tr>
      <w:tr w:rsidR="0016745F" w:rsidRPr="00484A42" w:rsidTr="00194005">
        <w:trPr>
          <w:trHeight w:val="856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9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Взаимодействие с органами государственного земельного надзора по вопросам неиспользования земель и зарастания инвазивными растениями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в </w:t>
            </w:r>
            <w:proofErr w:type="spellStart"/>
            <w:r w:rsidRPr="00484A42">
              <w:rPr>
                <w:rFonts w:cs="Times New Roman"/>
                <w:szCs w:val="24"/>
              </w:rPr>
              <w:t>течение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года</w:t>
            </w:r>
            <w:proofErr w:type="spellEnd"/>
          </w:p>
        </w:tc>
      </w:tr>
      <w:tr w:rsidR="0016745F" w:rsidRPr="00484A42" w:rsidTr="00194005">
        <w:trPr>
          <w:trHeight w:val="842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10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Осуществление муниципального земельного контроля в соответствии с федеральным и областным законодательством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в </w:t>
            </w:r>
            <w:proofErr w:type="spellStart"/>
            <w:r w:rsidRPr="00484A42">
              <w:rPr>
                <w:rFonts w:cs="Times New Roman"/>
                <w:szCs w:val="24"/>
              </w:rPr>
              <w:t>течение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года</w:t>
            </w:r>
            <w:proofErr w:type="spellEnd"/>
          </w:p>
        </w:tc>
      </w:tr>
      <w:tr w:rsidR="0016745F" w:rsidRPr="00484A42" w:rsidTr="00194005">
        <w:trPr>
          <w:trHeight w:val="842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11</w:t>
            </w:r>
          </w:p>
        </w:tc>
        <w:tc>
          <w:tcPr>
            <w:tcW w:w="6419" w:type="dxa"/>
          </w:tcPr>
          <w:p w:rsidR="00E57811" w:rsidRPr="00E57811" w:rsidRDefault="00E57811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E57811">
              <w:rPr>
                <w:rFonts w:eastAsia="Times New Roman"/>
                <w:szCs w:val="24"/>
                <w:lang w:val="ru-RU"/>
              </w:rPr>
              <w:t>Информирование населения о борщевике Сосновского и иных инвазивных растениях: опасность, меры предосторожности, способы борьбы, обязанности правообладателей земельных участков по ФЗ от 31.07.2025 № 294-ФЗ (листовки, сайт, объявления)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в </w:t>
            </w:r>
            <w:proofErr w:type="spellStart"/>
            <w:r w:rsidRPr="00484A42">
              <w:rPr>
                <w:rFonts w:cs="Times New Roman"/>
                <w:szCs w:val="24"/>
              </w:rPr>
              <w:t>течение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года</w:t>
            </w:r>
            <w:proofErr w:type="spellEnd"/>
          </w:p>
        </w:tc>
      </w:tr>
      <w:tr w:rsidR="00E57811" w:rsidRPr="00E57811" w:rsidTr="00194005">
        <w:trPr>
          <w:trHeight w:val="842"/>
        </w:trPr>
        <w:tc>
          <w:tcPr>
            <w:tcW w:w="635" w:type="dxa"/>
          </w:tcPr>
          <w:p w:rsidR="00E57811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12</w:t>
            </w:r>
          </w:p>
        </w:tc>
        <w:tc>
          <w:tcPr>
            <w:tcW w:w="6419" w:type="dxa"/>
          </w:tcPr>
          <w:p w:rsidR="00E57811" w:rsidRPr="00E57811" w:rsidRDefault="00E57811" w:rsidP="00B41EDB">
            <w:pPr>
              <w:spacing w:after="0"/>
              <w:ind w:firstLine="74"/>
              <w:jc w:val="both"/>
              <w:rPr>
                <w:rFonts w:eastAsia="Times New Roman"/>
                <w:szCs w:val="24"/>
                <w:lang w:val="ru-RU"/>
              </w:rPr>
            </w:pPr>
            <w:r w:rsidRPr="00E57811">
              <w:rPr>
                <w:rFonts w:eastAsia="Times New Roman"/>
                <w:szCs w:val="24"/>
                <w:lang w:val="ru-RU"/>
              </w:rPr>
              <w:t>Контроль повторных всходов борщевика и иных инвазивных растений, повторные обработки очагов</w:t>
            </w:r>
          </w:p>
        </w:tc>
        <w:tc>
          <w:tcPr>
            <w:tcW w:w="2738" w:type="dxa"/>
          </w:tcPr>
          <w:p w:rsidR="00E57811" w:rsidRPr="00E57811" w:rsidRDefault="00E57811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FC58F6">
              <w:rPr>
                <w:rFonts w:eastAsia="Times New Roman"/>
                <w:szCs w:val="24"/>
              </w:rPr>
              <w:t>июль</w:t>
            </w:r>
            <w:proofErr w:type="spellEnd"/>
            <w:r w:rsidRPr="00FC58F6">
              <w:rPr>
                <w:rFonts w:eastAsia="Times New Roman"/>
                <w:szCs w:val="24"/>
              </w:rPr>
              <w:t>–</w:t>
            </w:r>
            <w:proofErr w:type="spellStart"/>
            <w:r w:rsidRPr="00FC58F6">
              <w:rPr>
                <w:rFonts w:eastAsia="Times New Roman"/>
                <w:szCs w:val="24"/>
              </w:rPr>
              <w:t>сентябрь</w:t>
            </w:r>
            <w:proofErr w:type="spellEnd"/>
            <w:r w:rsidRPr="00FC58F6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FC58F6">
              <w:rPr>
                <w:rFonts w:eastAsia="Times New Roman"/>
                <w:szCs w:val="24"/>
              </w:rPr>
              <w:t>ежегодно</w:t>
            </w:r>
            <w:proofErr w:type="spellEnd"/>
          </w:p>
        </w:tc>
      </w:tr>
      <w:tr w:rsidR="0016745F" w:rsidRPr="00484A42" w:rsidTr="00194005">
        <w:trPr>
          <w:trHeight w:val="842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13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Контроль своевременного и полного поступления доходов от использования земель (налог на имущество, арендная плата)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в </w:t>
            </w:r>
            <w:proofErr w:type="spellStart"/>
            <w:r w:rsidRPr="00484A42">
              <w:rPr>
                <w:rFonts w:cs="Times New Roman"/>
                <w:szCs w:val="24"/>
              </w:rPr>
              <w:t>течение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года</w:t>
            </w:r>
            <w:proofErr w:type="spellEnd"/>
          </w:p>
        </w:tc>
      </w:tr>
      <w:tr w:rsidR="0016745F" w:rsidRPr="00484A42" w:rsidTr="00194005">
        <w:trPr>
          <w:trHeight w:val="410"/>
        </w:trPr>
        <w:tc>
          <w:tcPr>
            <w:tcW w:w="635" w:type="dxa"/>
          </w:tcPr>
          <w:p w:rsidR="0016745F" w:rsidRPr="00B41EDB" w:rsidRDefault="00B41EDB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14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Подведение итогов реализации программы за отчётный год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ежегодно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84A42">
              <w:rPr>
                <w:rFonts w:cs="Times New Roman"/>
                <w:szCs w:val="24"/>
              </w:rPr>
              <w:t>до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1 </w:t>
            </w:r>
            <w:proofErr w:type="spellStart"/>
            <w:r w:rsidRPr="00484A42">
              <w:rPr>
                <w:rFonts w:cs="Times New Roman"/>
                <w:szCs w:val="24"/>
              </w:rPr>
              <w:t>февраля</w:t>
            </w:r>
            <w:proofErr w:type="spellEnd"/>
          </w:p>
        </w:tc>
      </w:tr>
      <w:tr w:rsidR="0016745F" w:rsidRPr="00484A42" w:rsidTr="00194005">
        <w:trPr>
          <w:trHeight w:val="574"/>
        </w:trPr>
        <w:tc>
          <w:tcPr>
            <w:tcW w:w="635" w:type="dxa"/>
          </w:tcPr>
          <w:p w:rsidR="0016745F" w:rsidRPr="00B41EDB" w:rsidRDefault="000F1147" w:rsidP="00194005">
            <w:pPr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</w:rPr>
              <w:t>1</w:t>
            </w:r>
            <w:r w:rsidR="00B41EDB">
              <w:rPr>
                <w:rFonts w:cs="Times New Roman"/>
                <w:szCs w:val="24"/>
                <w:lang w:val="ru-RU"/>
              </w:rPr>
              <w:t>5</w:t>
            </w:r>
          </w:p>
        </w:tc>
        <w:tc>
          <w:tcPr>
            <w:tcW w:w="6419" w:type="dxa"/>
          </w:tcPr>
          <w:p w:rsidR="0016745F" w:rsidRPr="00484A42" w:rsidRDefault="000F1147" w:rsidP="00B41EDB">
            <w:pPr>
              <w:spacing w:after="0"/>
              <w:ind w:firstLine="74"/>
              <w:jc w:val="both"/>
              <w:rPr>
                <w:rFonts w:cs="Times New Roman"/>
                <w:szCs w:val="24"/>
                <w:lang w:val="ru-RU"/>
              </w:rPr>
            </w:pPr>
            <w:r w:rsidRPr="00484A42">
              <w:rPr>
                <w:rFonts w:cs="Times New Roman"/>
                <w:szCs w:val="24"/>
                <w:lang w:val="ru-RU"/>
              </w:rPr>
              <w:t>Подведение итогов реализации программы в целом</w:t>
            </w:r>
          </w:p>
        </w:tc>
        <w:tc>
          <w:tcPr>
            <w:tcW w:w="2738" w:type="dxa"/>
          </w:tcPr>
          <w:p w:rsidR="0016745F" w:rsidRPr="00484A42" w:rsidRDefault="000F1147" w:rsidP="00194005">
            <w:pPr>
              <w:spacing w:after="0"/>
              <w:ind w:firstLine="34"/>
              <w:jc w:val="center"/>
              <w:rPr>
                <w:rFonts w:cs="Times New Roman"/>
                <w:szCs w:val="24"/>
              </w:rPr>
            </w:pPr>
            <w:proofErr w:type="spellStart"/>
            <w:r w:rsidRPr="00484A42">
              <w:rPr>
                <w:rFonts w:cs="Times New Roman"/>
                <w:szCs w:val="24"/>
              </w:rPr>
              <w:t>не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84A42">
              <w:rPr>
                <w:rFonts w:cs="Times New Roman"/>
                <w:szCs w:val="24"/>
              </w:rPr>
              <w:t>позднее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1 </w:t>
            </w:r>
            <w:proofErr w:type="spellStart"/>
            <w:r w:rsidRPr="00484A42">
              <w:rPr>
                <w:rFonts w:cs="Times New Roman"/>
                <w:szCs w:val="24"/>
              </w:rPr>
              <w:t>февраля</w:t>
            </w:r>
            <w:proofErr w:type="spellEnd"/>
            <w:r w:rsidRPr="00484A42">
              <w:rPr>
                <w:rFonts w:cs="Times New Roman"/>
                <w:szCs w:val="24"/>
              </w:rPr>
              <w:t xml:space="preserve"> 2031 года</w:t>
            </w:r>
          </w:p>
        </w:tc>
      </w:tr>
    </w:tbl>
    <w:p w:rsidR="00194005" w:rsidRDefault="00194005" w:rsidP="00194005">
      <w:pPr>
        <w:spacing w:after="0" w:line="240" w:lineRule="auto"/>
        <w:ind w:firstLine="0"/>
        <w:jc w:val="both"/>
        <w:rPr>
          <w:rFonts w:cs="Times New Roman"/>
          <w:b/>
          <w:szCs w:val="24"/>
          <w:lang w:val="ru-RU"/>
        </w:rPr>
      </w:pPr>
    </w:p>
    <w:p w:rsidR="0016745F" w:rsidRDefault="000F1147" w:rsidP="00194005">
      <w:pPr>
        <w:spacing w:after="0" w:line="240" w:lineRule="auto"/>
        <w:ind w:firstLine="0"/>
        <w:jc w:val="center"/>
        <w:rPr>
          <w:rFonts w:cs="Times New Roman"/>
          <w:b/>
          <w:szCs w:val="24"/>
          <w:lang w:val="ru-RU"/>
        </w:rPr>
      </w:pPr>
      <w:r w:rsidRPr="00484A42">
        <w:rPr>
          <w:rFonts w:cs="Times New Roman"/>
          <w:b/>
          <w:szCs w:val="24"/>
        </w:rPr>
        <w:t xml:space="preserve">7. </w:t>
      </w:r>
      <w:proofErr w:type="spellStart"/>
      <w:r w:rsidRPr="00484A42">
        <w:rPr>
          <w:rFonts w:cs="Times New Roman"/>
          <w:b/>
          <w:szCs w:val="24"/>
        </w:rPr>
        <w:t>Механизм</w:t>
      </w:r>
      <w:proofErr w:type="spellEnd"/>
      <w:r w:rsidRPr="00484A42">
        <w:rPr>
          <w:rFonts w:cs="Times New Roman"/>
          <w:b/>
          <w:szCs w:val="24"/>
        </w:rPr>
        <w:t xml:space="preserve"> </w:t>
      </w:r>
      <w:proofErr w:type="spellStart"/>
      <w:r w:rsidRPr="00484A42">
        <w:rPr>
          <w:rFonts w:cs="Times New Roman"/>
          <w:b/>
          <w:szCs w:val="24"/>
        </w:rPr>
        <w:t>реализации</w:t>
      </w:r>
      <w:proofErr w:type="spellEnd"/>
      <w:r w:rsidRPr="00484A42">
        <w:rPr>
          <w:rFonts w:cs="Times New Roman"/>
          <w:b/>
          <w:szCs w:val="24"/>
        </w:rPr>
        <w:t xml:space="preserve"> </w:t>
      </w:r>
      <w:proofErr w:type="spellStart"/>
      <w:r w:rsidRPr="00484A42">
        <w:rPr>
          <w:rFonts w:cs="Times New Roman"/>
          <w:b/>
          <w:szCs w:val="24"/>
        </w:rPr>
        <w:t>программы</w:t>
      </w:r>
      <w:proofErr w:type="spellEnd"/>
    </w:p>
    <w:p w:rsidR="00194005" w:rsidRPr="00194005" w:rsidRDefault="00194005" w:rsidP="00194005">
      <w:pPr>
        <w:spacing w:after="0" w:line="240" w:lineRule="auto"/>
        <w:ind w:firstLine="0"/>
        <w:jc w:val="both"/>
        <w:rPr>
          <w:rFonts w:cs="Times New Roman"/>
          <w:szCs w:val="24"/>
          <w:lang w:val="ru-RU"/>
        </w:rPr>
      </w:pPr>
    </w:p>
    <w:p w:rsidR="0016745F" w:rsidRPr="00484A42" w:rsidRDefault="000F1147" w:rsidP="00194005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 xml:space="preserve">Общее руководство и контроль за ходом реализации программы осуществляет администрация муниципального образования </w:t>
      </w:r>
      <w:r w:rsidR="00194005">
        <w:rPr>
          <w:rFonts w:cs="Times New Roman"/>
          <w:szCs w:val="24"/>
          <w:lang w:val="ru-RU"/>
        </w:rPr>
        <w:t xml:space="preserve">сельское поселение </w:t>
      </w:r>
      <w:proofErr w:type="spellStart"/>
      <w:r w:rsidR="00AE4AC9">
        <w:rPr>
          <w:rFonts w:cs="Times New Roman"/>
          <w:szCs w:val="24"/>
          <w:lang w:val="ru-RU"/>
        </w:rPr>
        <w:t>Новоюласенский</w:t>
      </w:r>
      <w:proofErr w:type="spellEnd"/>
      <w:r w:rsidRPr="00484A42">
        <w:rPr>
          <w:rFonts w:cs="Times New Roman"/>
          <w:szCs w:val="24"/>
          <w:lang w:val="ru-RU"/>
        </w:rPr>
        <w:t xml:space="preserve"> сельсовет. Организационные мероприятия, связанные с выполнением программы, проводятся в текущем </w:t>
      </w:r>
      <w:r w:rsidRPr="00484A42">
        <w:rPr>
          <w:rFonts w:cs="Times New Roman"/>
          <w:szCs w:val="24"/>
          <w:lang w:val="ru-RU"/>
        </w:rPr>
        <w:lastRenderedPageBreak/>
        <w:t>порядке в пределах средств, предусмотренных в бюджете муниципального образования на соответствующий год.</w:t>
      </w:r>
    </w:p>
    <w:p w:rsidR="0016745F" w:rsidRPr="00484A42" w:rsidRDefault="000F1147" w:rsidP="00194005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Мероприятия по уничтожению инвазивных растений на земельных участках, находящихся в частной собственности, проводятся правообладателями таких участков самостоятельно. В случае неисполнения правообладателями обязанностей по охране земель администрация направляет материалы в органы государственного земельного надзора.</w:t>
      </w:r>
    </w:p>
    <w:p w:rsidR="00194005" w:rsidRDefault="00194005" w:rsidP="00194005">
      <w:pPr>
        <w:spacing w:after="0" w:line="240" w:lineRule="auto"/>
        <w:ind w:firstLine="0"/>
        <w:jc w:val="both"/>
        <w:rPr>
          <w:rFonts w:cs="Times New Roman"/>
          <w:b/>
          <w:szCs w:val="24"/>
          <w:lang w:val="ru-RU"/>
        </w:rPr>
      </w:pPr>
    </w:p>
    <w:p w:rsidR="0016745F" w:rsidRPr="00484A42" w:rsidRDefault="000F1147" w:rsidP="00194005">
      <w:pPr>
        <w:spacing w:after="0" w:line="240" w:lineRule="auto"/>
        <w:ind w:firstLine="0"/>
        <w:jc w:val="center"/>
        <w:rPr>
          <w:rFonts w:cs="Times New Roman"/>
          <w:szCs w:val="24"/>
          <w:lang w:val="ru-RU"/>
        </w:rPr>
      </w:pPr>
      <w:r w:rsidRPr="00484A42">
        <w:rPr>
          <w:rFonts w:cs="Times New Roman"/>
          <w:b/>
          <w:szCs w:val="24"/>
          <w:lang w:val="ru-RU"/>
        </w:rPr>
        <w:t>8. Оценка эффективности и ожидаемые результаты реализации программы</w:t>
      </w:r>
    </w:p>
    <w:p w:rsidR="00194005" w:rsidRDefault="00194005" w:rsidP="00194005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:rsidR="0016745F" w:rsidRPr="00484A42" w:rsidRDefault="000F1147" w:rsidP="00194005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484A42">
        <w:rPr>
          <w:rFonts w:cs="Times New Roman"/>
          <w:szCs w:val="24"/>
          <w:lang w:val="ru-RU"/>
        </w:rPr>
        <w:t>Реализация программы позволит: привести инвентаризацию земель в соответствие с действующим законодательством; выявить и ликвидировать очаги произрастания борщевика Сосновского и иных инвазивных растений; снизить площади зарастания земель; обеспечить рациональное использование земель и поступление доходов в бюджет; снизить риски для здоровья населения и животных.</w:t>
      </w:r>
    </w:p>
    <w:p w:rsidR="00194005" w:rsidRDefault="00194005" w:rsidP="00194005">
      <w:pPr>
        <w:spacing w:after="0" w:line="240" w:lineRule="auto"/>
        <w:ind w:firstLine="0"/>
        <w:jc w:val="both"/>
        <w:rPr>
          <w:rFonts w:cs="Times New Roman"/>
          <w:b/>
          <w:szCs w:val="24"/>
          <w:lang w:val="ru-RU"/>
        </w:rPr>
      </w:pPr>
    </w:p>
    <w:p w:rsidR="0016745F" w:rsidRPr="00484A42" w:rsidRDefault="0016745F" w:rsidP="00194005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sectPr w:rsidR="0016745F" w:rsidRPr="00484A42" w:rsidSect="00484A4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A063CA2"/>
    <w:multiLevelType w:val="multilevel"/>
    <w:tmpl w:val="901648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1C8"/>
    <w:rsid w:val="00034616"/>
    <w:rsid w:val="00054828"/>
    <w:rsid w:val="0006063C"/>
    <w:rsid w:val="000F1147"/>
    <w:rsid w:val="0015074B"/>
    <w:rsid w:val="0016745F"/>
    <w:rsid w:val="001877CB"/>
    <w:rsid w:val="00194005"/>
    <w:rsid w:val="0027305E"/>
    <w:rsid w:val="0029639D"/>
    <w:rsid w:val="00326F90"/>
    <w:rsid w:val="00406689"/>
    <w:rsid w:val="00484A42"/>
    <w:rsid w:val="005C3A2A"/>
    <w:rsid w:val="006F0DD5"/>
    <w:rsid w:val="006F5F86"/>
    <w:rsid w:val="007266D7"/>
    <w:rsid w:val="00747207"/>
    <w:rsid w:val="00AA1D8D"/>
    <w:rsid w:val="00AE4AC9"/>
    <w:rsid w:val="00B41EDB"/>
    <w:rsid w:val="00B47730"/>
    <w:rsid w:val="00CB0664"/>
    <w:rsid w:val="00D4455B"/>
    <w:rsid w:val="00E57811"/>
    <w:rsid w:val="00E9039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59E73D-D431-4C97-B55E-BEC611C8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484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484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5EB98F-7E90-4B38-A5C8-8D06A73EB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2075</Words>
  <Characters>11832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cp:lastPrinted>2026-10-06T05:49:00Z</cp:lastPrinted>
  <dcterms:created xsi:type="dcterms:W3CDTF">2026-10-09T10:41:00Z</dcterms:created>
  <dcterms:modified xsi:type="dcterms:W3CDTF">2026-10-09T10:41:00Z</dcterms:modified>
</cp:coreProperties>
</file>